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INSTALMENT TAX INVOICE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Supplier (Issuer)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Business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[email@business.com.au]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Bill To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Contract &amp; Instalment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Contract 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[CON-0001]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Contract Total (excl. GST)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Instalment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[2 of 6]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This 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BAS Quarter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[Q1 / Q2 / Q3 / Q4]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Payment Terms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[Net 14]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This Instalment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Milestone / Stage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% of Contract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Amount (excl. GST)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GST 10%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Instalment Total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[Milestone description]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[20%]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Instalment Subtotal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This Instalment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Schedule of Remaining Instalments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Instalment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Planned Date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Milestone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Amount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[Milestone 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[Paid]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[2]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[Milestone 2]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[This Invoice]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[3]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[Milestone 3]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[Upcoming]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[4]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[Milestone 4]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[Upcoming]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