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type="auto" w:w="0"/>
        <w:tblLayout w:type="fixed"/>
        <w:tblLook w:firstColumn="1" w:firstRow="1" w:lastColumn="0" w:lastRow="0" w:noHBand="0" w:noVBand="1" w:val="04A0"/>
      </w:tblPr>
      <w:tblGrid>
        <w:gridCol w:w="1701"/>
        <w:gridCol w:w="8220"/>
      </w:tblGrid>
      <w:tr>
        <w:tc>
          <w:tcPr>
            <w:tcW w:type="dxa" w:w="1701"/>
            <w:vAlign w:val="center"/>
          </w:tcPr>
          <w:p>
            <w:pPr>
              <w:jc w:val="left"/>
            </w:pPr>
            <w:r>
              <w:drawing>
                <wp:inline xmlns:a="http://schemas.openxmlformats.org/drawingml/2006/main" xmlns:pic="http://schemas.openxmlformats.org/drawingml/2006/picture">
                  <wp:extent cx="900000" cy="900000"/>
                  <wp:docPr id="1" name="Picture 1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0" name="HM-Logo.png"/>
                          <pic:cNvPicPr/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00000" cy="900000"/>
                          </a:xfrm>
                          <a:prstGeom prst="rect"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type="dxa" w:w="8220"/>
            <w:shd w:val="clear" w:color="auto" w:fill="C00000"/>
            <w:vAlign w:val="center"/>
          </w:tcPr>
          <w:p>
            <w:pPr>
              <w:jc w:val="center"/>
            </w:pPr>
            <w:r>
              <w:rPr>
                <w:rFonts w:ascii="Calibri" w:hAnsi="Calibri"/>
                <w:b/>
                <w:i w:val="0"/>
                <w:color w:val="FFFFFF"/>
                <w:sz w:val="36"/>
              </w:rPr>
              <w:t>TAX INVOICE - SOLE TRADER</w:t>
            </w:r>
          </w:p>
        </w:tc>
      </w:tr>
    </w:tbl>
    <w:p/>
    <w:p>
      <w:pPr>
        <w:spacing w:after="40"/>
      </w:pPr>
      <w:r>
        <w:rPr>
          <w:rFonts w:ascii="Calibri" w:hAnsi="Calibri"/>
          <w:b/>
          <w:i w:val="0"/>
          <w:color w:val="C00000"/>
          <w:sz w:val="24"/>
        </w:rPr>
        <w:t>Sole Trader (Issuer)</w:t>
      </w:r>
    </w:p>
    <w:tbl>
      <w:tblPr>
        <w:tblW w:type="auto" w:w="0"/>
        <w:jc w:val="left"/>
        <w:tblLook w:firstColumn="1" w:firstRow="1" w:lastColumn="0" w:lastRow="0" w:noHBand="0" w:noVBand="1" w:val="04A0"/>
      </w:tblPr>
      <w:tblGrid>
        <w:gridCol w:w="2635"/>
        <w:gridCol w:w="2635"/>
        <w:gridCol w:w="2635"/>
        <w:gridCol w:w="2635"/>
      </w:tblGrid>
      <w:tr>
        <w:tc>
          <w:tcPr>
            <w:tcW w:type="dxa" w:w="2635"/>
            <w:shd w:val="clear" w:color="auto" w:fill="F5F5F5"/>
            <w:tcBorders>
              <w:top w:val="single" w:sz="4" w:color="BFBFBF"/>
              <w:left w:val="single" w:sz="4" w:color="BFBFBF"/>
              <w:bottom w:val="single" w:sz="4" w:color="BFBFBF"/>
              <w:right w:val="single" w:sz="4" w:color="BFBFBF"/>
            </w:tcBorders>
          </w:tcPr>
          <w:p>
            <w:r>
              <w:rPr>
                <w:rFonts w:ascii="Calibri" w:hAnsi="Calibri"/>
                <w:b/>
                <w:i w:val="0"/>
                <w:color w:val="282828"/>
                <w:sz w:val="20"/>
              </w:rPr>
              <w:t>Trading Name</w:t>
            </w:r>
          </w:p>
        </w:tc>
        <w:tc>
          <w:tcPr>
            <w:tcW w:type="dxa" w:w="2635"/>
            <w:tcBorders>
              <w:top w:val="single" w:sz="4" w:color="BFBFBF"/>
              <w:left w:val="single" w:sz="4" w:color="BFBFBF"/>
              <w:bottom w:val="single" w:sz="4" w:color="BFBFBF"/>
              <w:right w:val="single" w:sz="4" w:color="BFBFBF"/>
            </w:tcBorders>
          </w:tcPr>
          <w:p>
            <w:r>
              <w:rPr>
                <w:rFonts w:ascii="Calibri" w:hAnsi="Calibri"/>
                <w:b w:val="0"/>
                <w:i w:val="0"/>
                <w:color w:val="8C8C8C"/>
                <w:sz w:val="20"/>
              </w:rPr>
              <w:t>[Your name or trading name]</w:t>
            </w:r>
          </w:p>
        </w:tc>
        <w:tc>
          <w:tcPr>
            <w:tcW w:type="dxa" w:w="2635"/>
            <w:shd w:val="clear" w:color="auto" w:fill="F5F5F5"/>
            <w:tcBorders>
              <w:top w:val="single" w:sz="4" w:color="BFBFBF"/>
              <w:left w:val="single" w:sz="4" w:color="BFBFBF"/>
              <w:bottom w:val="single" w:sz="4" w:color="BFBFBF"/>
              <w:right w:val="single" w:sz="4" w:color="BFBFBF"/>
            </w:tcBorders>
          </w:tcPr>
          <w:p>
            <w:r>
              <w:rPr>
                <w:rFonts w:ascii="Calibri" w:hAnsi="Calibri"/>
                <w:b/>
                <w:i w:val="0"/>
                <w:color w:val="282828"/>
                <w:sz w:val="20"/>
              </w:rPr>
              <w:t>ABN</w:t>
            </w:r>
          </w:p>
        </w:tc>
        <w:tc>
          <w:tcPr>
            <w:tcW w:type="dxa" w:w="2635"/>
            <w:tcBorders>
              <w:top w:val="single" w:sz="4" w:color="BFBFBF"/>
              <w:left w:val="single" w:sz="4" w:color="BFBFBF"/>
              <w:bottom w:val="single" w:sz="4" w:color="BFBFBF"/>
              <w:right w:val="single" w:sz="4" w:color="BFBFBF"/>
            </w:tcBorders>
          </w:tcPr>
          <w:p>
            <w:r>
              <w:rPr>
                <w:rFonts w:ascii="Calibri" w:hAnsi="Calibri"/>
                <w:b w:val="0"/>
                <w:i w:val="0"/>
                <w:color w:val="8C8C8C"/>
                <w:sz w:val="20"/>
              </w:rPr>
              <w:t>[XX XXX XXX XXX]</w:t>
            </w:r>
          </w:p>
        </w:tc>
      </w:tr>
      <w:tr>
        <w:tc>
          <w:tcPr>
            <w:tcW w:type="dxa" w:w="2635"/>
            <w:shd w:val="clear" w:color="auto" w:fill="F5F5F5"/>
            <w:tcBorders>
              <w:top w:val="single" w:sz="4" w:color="BFBFBF"/>
              <w:left w:val="single" w:sz="4" w:color="BFBFBF"/>
              <w:bottom w:val="single" w:sz="4" w:color="BFBFBF"/>
              <w:right w:val="single" w:sz="4" w:color="BFBFBF"/>
            </w:tcBorders>
          </w:tcPr>
          <w:p>
            <w:r>
              <w:rPr>
                <w:rFonts w:ascii="Calibri" w:hAnsi="Calibri"/>
                <w:b/>
                <w:i w:val="0"/>
                <w:color w:val="282828"/>
                <w:sz w:val="20"/>
              </w:rPr>
              <w:t>Address</w:t>
            </w:r>
          </w:p>
        </w:tc>
        <w:tc>
          <w:tcPr>
            <w:tcW w:type="dxa" w:w="2635"/>
            <w:tcBorders>
              <w:top w:val="single" w:sz="4" w:color="BFBFBF"/>
              <w:left w:val="single" w:sz="4" w:color="BFBFBF"/>
              <w:bottom w:val="single" w:sz="4" w:color="BFBFBF"/>
              <w:right w:val="single" w:sz="4" w:color="BFBFBF"/>
            </w:tcBorders>
          </w:tcPr>
          <w:p>
            <w:r>
              <w:rPr>
                <w:rFonts w:ascii="Calibri" w:hAnsi="Calibri"/>
                <w:b w:val="0"/>
                <w:i w:val="0"/>
                <w:color w:val="8C8C8C"/>
                <w:sz w:val="20"/>
              </w:rPr>
              <w:t>[Street, Suburb, State, Postcode]</w:t>
            </w:r>
          </w:p>
        </w:tc>
        <w:tc>
          <w:tcPr>
            <w:tcW w:type="dxa" w:w="2635"/>
            <w:shd w:val="clear" w:color="auto" w:fill="F5F5F5"/>
            <w:tcBorders>
              <w:top w:val="single" w:sz="4" w:color="BFBFBF"/>
              <w:left w:val="single" w:sz="4" w:color="BFBFBF"/>
              <w:bottom w:val="single" w:sz="4" w:color="BFBFBF"/>
              <w:right w:val="single" w:sz="4" w:color="BFBFBF"/>
            </w:tcBorders>
          </w:tcPr>
          <w:p>
            <w:r>
              <w:rPr>
                <w:rFonts w:ascii="Calibri" w:hAnsi="Calibri"/>
                <w:b/>
                <w:i w:val="0"/>
                <w:color w:val="282828"/>
                <w:sz w:val="20"/>
              </w:rPr>
              <w:t>Phone</w:t>
            </w:r>
          </w:p>
        </w:tc>
        <w:tc>
          <w:tcPr>
            <w:tcW w:type="dxa" w:w="2635"/>
            <w:tcBorders>
              <w:top w:val="single" w:sz="4" w:color="BFBFBF"/>
              <w:left w:val="single" w:sz="4" w:color="BFBFBF"/>
              <w:bottom w:val="single" w:sz="4" w:color="BFBFBF"/>
              <w:right w:val="single" w:sz="4" w:color="BFBFBF"/>
            </w:tcBorders>
          </w:tcPr>
          <w:p>
            <w:r>
              <w:rPr>
                <w:rFonts w:ascii="Calibri" w:hAnsi="Calibri"/>
                <w:b w:val="0"/>
                <w:i w:val="0"/>
                <w:color w:val="8C8C8C"/>
                <w:sz w:val="20"/>
              </w:rPr>
              <w:t>[+61 ...]</w:t>
            </w:r>
          </w:p>
        </w:tc>
      </w:tr>
      <w:tr>
        <w:tc>
          <w:tcPr>
            <w:tcW w:type="dxa" w:w="2635"/>
            <w:shd w:val="clear" w:color="auto" w:fill="F5F5F5"/>
            <w:tcBorders>
              <w:top w:val="single" w:sz="4" w:color="BFBFBF"/>
              <w:left w:val="single" w:sz="4" w:color="BFBFBF"/>
              <w:bottom w:val="single" w:sz="4" w:color="BFBFBF"/>
              <w:right w:val="single" w:sz="4" w:color="BFBFBF"/>
            </w:tcBorders>
          </w:tcPr>
          <w:p>
            <w:r>
              <w:rPr>
                <w:rFonts w:ascii="Calibri" w:hAnsi="Calibri"/>
                <w:b/>
                <w:i w:val="0"/>
                <w:color w:val="282828"/>
                <w:sz w:val="20"/>
              </w:rPr>
              <w:t>Email</w:t>
            </w:r>
          </w:p>
        </w:tc>
        <w:tc>
          <w:tcPr>
            <w:tcW w:type="dxa" w:w="2635"/>
            <w:tcBorders>
              <w:top w:val="single" w:sz="4" w:color="BFBFBF"/>
              <w:left w:val="single" w:sz="4" w:color="BFBFBF"/>
              <w:bottom w:val="single" w:sz="4" w:color="BFBFBF"/>
              <w:right w:val="single" w:sz="4" w:color="BFBFBF"/>
            </w:tcBorders>
          </w:tcPr>
          <w:p>
            <w:r>
              <w:rPr>
                <w:rFonts w:ascii="Calibri" w:hAnsi="Calibri"/>
                <w:b w:val="0"/>
                <w:i w:val="0"/>
                <w:color w:val="8C8C8C"/>
                <w:sz w:val="20"/>
              </w:rPr>
              <w:t>[email@yourdomain.com.au]</w:t>
            </w:r>
          </w:p>
        </w:tc>
        <w:tc>
          <w:tcPr>
            <w:tcW w:type="dxa" w:w="2635"/>
            <w:shd w:val="clear" w:color="auto" w:fill="F5F5F5"/>
            <w:tcBorders>
              <w:top w:val="single" w:sz="4" w:color="BFBFBF"/>
              <w:left w:val="single" w:sz="4" w:color="BFBFBF"/>
              <w:bottom w:val="single" w:sz="4" w:color="BFBFBF"/>
              <w:right w:val="single" w:sz="4" w:color="BFBFBF"/>
            </w:tcBorders>
          </w:tcPr>
          <w:p>
            <w:r>
              <w:rPr>
                <w:rFonts w:ascii="Calibri" w:hAnsi="Calibri"/>
                <w:b/>
                <w:i w:val="0"/>
                <w:color w:val="282828"/>
                <w:sz w:val="20"/>
              </w:rPr>
              <w:t>GST Registered</w:t>
            </w:r>
          </w:p>
        </w:tc>
        <w:tc>
          <w:tcPr>
            <w:tcW w:type="dxa" w:w="2635"/>
            <w:tcBorders>
              <w:top w:val="single" w:sz="4" w:color="BFBFBF"/>
              <w:left w:val="single" w:sz="4" w:color="BFBFBF"/>
              <w:bottom w:val="single" w:sz="4" w:color="BFBFBF"/>
              <w:right w:val="single" w:sz="4" w:color="BFBFBF"/>
            </w:tcBorders>
          </w:tcPr>
          <w:p>
            <w:r>
              <w:rPr>
                <w:rFonts w:ascii="Calibri" w:hAnsi="Calibri"/>
                <w:b w:val="0"/>
                <w:i w:val="0"/>
                <w:color w:val="8C8C8C"/>
                <w:sz w:val="20"/>
              </w:rPr>
              <w:t>[Yes / No]</w:t>
            </w:r>
          </w:p>
        </w:tc>
      </w:tr>
    </w:tbl>
    <w:p/>
    <w:p>
      <w:pPr>
        <w:spacing w:after="40"/>
      </w:pPr>
      <w:r>
        <w:rPr>
          <w:rFonts w:ascii="Calibri" w:hAnsi="Calibri"/>
          <w:b/>
          <w:i w:val="0"/>
          <w:color w:val="C00000"/>
          <w:sz w:val="24"/>
        </w:rPr>
        <w:t>Bill To</w:t>
      </w:r>
    </w:p>
    <w:tbl>
      <w:tblPr>
        <w:tblW w:type="auto" w:w="0"/>
        <w:jc w:val="left"/>
        <w:tblLook w:firstColumn="1" w:firstRow="1" w:lastColumn="0" w:lastRow="0" w:noHBand="0" w:noVBand="1" w:val="04A0"/>
      </w:tblPr>
      <w:tblGrid>
        <w:gridCol w:w="2635"/>
        <w:gridCol w:w="2635"/>
        <w:gridCol w:w="2635"/>
        <w:gridCol w:w="2635"/>
      </w:tblGrid>
      <w:tr>
        <w:tc>
          <w:tcPr>
            <w:tcW w:type="dxa" w:w="2635"/>
            <w:shd w:val="clear" w:color="auto" w:fill="F5F5F5"/>
            <w:tcBorders>
              <w:top w:val="single" w:sz="4" w:color="BFBFBF"/>
              <w:left w:val="single" w:sz="4" w:color="BFBFBF"/>
              <w:bottom w:val="single" w:sz="4" w:color="BFBFBF"/>
              <w:right w:val="single" w:sz="4" w:color="BFBFBF"/>
            </w:tcBorders>
          </w:tcPr>
          <w:p>
            <w:r>
              <w:rPr>
                <w:rFonts w:ascii="Calibri" w:hAnsi="Calibri"/>
                <w:b/>
                <w:i w:val="0"/>
                <w:color w:val="282828"/>
                <w:sz w:val="20"/>
              </w:rPr>
              <w:t>Customer Name</w:t>
            </w:r>
          </w:p>
        </w:tc>
        <w:tc>
          <w:tcPr>
            <w:tcW w:type="dxa" w:w="2635"/>
            <w:tcBorders>
              <w:top w:val="single" w:sz="4" w:color="BFBFBF"/>
              <w:left w:val="single" w:sz="4" w:color="BFBFBF"/>
              <w:bottom w:val="single" w:sz="4" w:color="BFBFBF"/>
              <w:right w:val="single" w:sz="4" w:color="BFBFBF"/>
            </w:tcBorders>
          </w:tcPr>
          <w:p>
            <w:r>
              <w:rPr>
                <w:rFonts w:ascii="Calibri" w:hAnsi="Calibri"/>
                <w:b w:val="0"/>
                <w:i w:val="0"/>
                <w:color w:val="8C8C8C"/>
                <w:sz w:val="20"/>
              </w:rPr>
              <w:t>[Customer / Company]</w:t>
            </w:r>
          </w:p>
        </w:tc>
        <w:tc>
          <w:tcPr>
            <w:tcW w:type="dxa" w:w="2635"/>
            <w:shd w:val="clear" w:color="auto" w:fill="F5F5F5"/>
            <w:tcBorders>
              <w:top w:val="single" w:sz="4" w:color="BFBFBF"/>
              <w:left w:val="single" w:sz="4" w:color="BFBFBF"/>
              <w:bottom w:val="single" w:sz="4" w:color="BFBFBF"/>
              <w:right w:val="single" w:sz="4" w:color="BFBFBF"/>
            </w:tcBorders>
          </w:tcPr>
          <w:p>
            <w:r>
              <w:rPr>
                <w:rFonts w:ascii="Calibri" w:hAnsi="Calibri"/>
                <w:b/>
                <w:i w:val="0"/>
                <w:color w:val="282828"/>
                <w:sz w:val="20"/>
              </w:rPr>
              <w:t>ABN (if $1,000+)</w:t>
            </w:r>
          </w:p>
        </w:tc>
        <w:tc>
          <w:tcPr>
            <w:tcW w:type="dxa" w:w="2635"/>
            <w:tcBorders>
              <w:top w:val="single" w:sz="4" w:color="BFBFBF"/>
              <w:left w:val="single" w:sz="4" w:color="BFBFBF"/>
              <w:bottom w:val="single" w:sz="4" w:color="BFBFBF"/>
              <w:right w:val="single" w:sz="4" w:color="BFBFBF"/>
            </w:tcBorders>
          </w:tcPr>
          <w:p>
            <w:r>
              <w:rPr>
                <w:rFonts w:ascii="Calibri" w:hAnsi="Calibri"/>
                <w:b w:val="0"/>
                <w:i w:val="0"/>
                <w:color w:val="8C8C8C"/>
                <w:sz w:val="20"/>
              </w:rPr>
              <w:t>[XX XXX XXX XXX]</w:t>
            </w:r>
          </w:p>
        </w:tc>
      </w:tr>
      <w:tr>
        <w:tc>
          <w:tcPr>
            <w:tcW w:type="dxa" w:w="2635"/>
            <w:shd w:val="clear" w:color="auto" w:fill="F5F5F5"/>
            <w:tcBorders>
              <w:top w:val="single" w:sz="4" w:color="BFBFBF"/>
              <w:left w:val="single" w:sz="4" w:color="BFBFBF"/>
              <w:bottom w:val="single" w:sz="4" w:color="BFBFBF"/>
              <w:right w:val="single" w:sz="4" w:color="BFBFBF"/>
            </w:tcBorders>
          </w:tcPr>
          <w:p>
            <w:r>
              <w:rPr>
                <w:rFonts w:ascii="Calibri" w:hAnsi="Calibri"/>
                <w:b/>
                <w:i w:val="0"/>
                <w:color w:val="282828"/>
                <w:sz w:val="20"/>
              </w:rPr>
              <w:t>Job Site / Address</w:t>
            </w:r>
          </w:p>
        </w:tc>
        <w:tc>
          <w:tcPr>
            <w:tcW w:type="dxa" w:w="2635"/>
            <w:tcBorders>
              <w:top w:val="single" w:sz="4" w:color="BFBFBF"/>
              <w:left w:val="single" w:sz="4" w:color="BFBFBF"/>
              <w:bottom w:val="single" w:sz="4" w:color="BFBFBF"/>
              <w:right w:val="single" w:sz="4" w:color="BFBFBF"/>
            </w:tcBorders>
          </w:tcPr>
          <w:p>
            <w:r>
              <w:rPr>
                <w:rFonts w:ascii="Calibri" w:hAnsi="Calibri"/>
                <w:b w:val="0"/>
                <w:i w:val="0"/>
                <w:color w:val="8C8C8C"/>
                <w:sz w:val="20"/>
              </w:rPr>
              <w:t>[Address or job location]</w:t>
            </w:r>
          </w:p>
        </w:tc>
        <w:tc>
          <w:tcPr>
            <w:tcW w:type="dxa" w:w="2635"/>
            <w:shd w:val="clear" w:color="auto" w:fill="F5F5F5"/>
            <w:tcBorders>
              <w:top w:val="single" w:sz="4" w:color="BFBFBF"/>
              <w:left w:val="single" w:sz="4" w:color="BFBFBF"/>
              <w:bottom w:val="single" w:sz="4" w:color="BFBFBF"/>
              <w:right w:val="single" w:sz="4" w:color="BFBFBF"/>
            </w:tcBorders>
          </w:tcPr>
          <w:p>
            <w:r>
              <w:rPr>
                <w:rFonts w:ascii="Calibri" w:hAnsi="Calibri"/>
                <w:b/>
                <w:i w:val="0"/>
                <w:color w:val="282828"/>
                <w:sz w:val="20"/>
              </w:rPr>
              <w:t>Contact</w:t>
            </w:r>
          </w:p>
        </w:tc>
        <w:tc>
          <w:tcPr>
            <w:tcW w:type="dxa" w:w="2635"/>
            <w:tcBorders>
              <w:top w:val="single" w:sz="4" w:color="BFBFBF"/>
              <w:left w:val="single" w:sz="4" w:color="BFBFBF"/>
              <w:bottom w:val="single" w:sz="4" w:color="BFBFBF"/>
              <w:right w:val="single" w:sz="4" w:color="BFBFBF"/>
            </w:tcBorders>
          </w:tcPr>
          <w:p>
            <w:r>
              <w:rPr>
                <w:rFonts w:ascii="Calibri" w:hAnsi="Calibri"/>
                <w:b w:val="0"/>
                <w:i w:val="0"/>
                <w:color w:val="8C8C8C"/>
                <w:sz w:val="20"/>
              </w:rPr>
              <w:t>[Email / Phone]</w:t>
            </w:r>
          </w:p>
        </w:tc>
      </w:tr>
    </w:tbl>
    <w:p/>
    <w:p>
      <w:pPr>
        <w:spacing w:after="40"/>
      </w:pPr>
      <w:r>
        <w:rPr>
          <w:rFonts w:ascii="Calibri" w:hAnsi="Calibri"/>
          <w:b/>
          <w:i w:val="0"/>
          <w:color w:val="C00000"/>
          <w:sz w:val="24"/>
        </w:rPr>
        <w:t>Invoice Details</w:t>
      </w:r>
    </w:p>
    <w:tbl>
      <w:tblPr>
        <w:tblW w:type="auto" w:w="0"/>
        <w:jc w:val="left"/>
        <w:tblLook w:firstColumn="1" w:firstRow="1" w:lastColumn="0" w:lastRow="0" w:noHBand="0" w:noVBand="1" w:val="04A0"/>
      </w:tblPr>
      <w:tblGrid>
        <w:gridCol w:w="2635"/>
        <w:gridCol w:w="2635"/>
        <w:gridCol w:w="2635"/>
        <w:gridCol w:w="2635"/>
      </w:tblGrid>
      <w:tr>
        <w:tc>
          <w:tcPr>
            <w:tcW w:type="dxa" w:w="2635"/>
            <w:shd w:val="clear" w:color="auto" w:fill="F5F5F5"/>
            <w:tcBorders>
              <w:top w:val="single" w:sz="4" w:color="BFBFBF"/>
              <w:left w:val="single" w:sz="4" w:color="BFBFBF"/>
              <w:bottom w:val="single" w:sz="4" w:color="BFBFBF"/>
              <w:right w:val="single" w:sz="4" w:color="BFBFBF"/>
            </w:tcBorders>
          </w:tcPr>
          <w:p>
            <w:r>
              <w:rPr>
                <w:rFonts w:ascii="Calibri" w:hAnsi="Calibri"/>
                <w:b/>
                <w:i w:val="0"/>
                <w:color w:val="282828"/>
                <w:sz w:val="20"/>
              </w:rPr>
              <w:t>Invoice Number</w:t>
            </w:r>
          </w:p>
        </w:tc>
        <w:tc>
          <w:tcPr>
            <w:tcW w:type="dxa" w:w="2635"/>
            <w:tcBorders>
              <w:top w:val="single" w:sz="4" w:color="BFBFBF"/>
              <w:left w:val="single" w:sz="4" w:color="BFBFBF"/>
              <w:bottom w:val="single" w:sz="4" w:color="BFBFBF"/>
              <w:right w:val="single" w:sz="4" w:color="BFBFBF"/>
            </w:tcBorders>
          </w:tcPr>
          <w:p>
            <w:r>
              <w:rPr>
                <w:rFonts w:ascii="Calibri" w:hAnsi="Calibri"/>
                <w:b w:val="0"/>
                <w:i w:val="0"/>
                <w:color w:val="8C8C8C"/>
                <w:sz w:val="20"/>
              </w:rPr>
              <w:t>[INV-0001]</w:t>
            </w:r>
          </w:p>
        </w:tc>
        <w:tc>
          <w:tcPr>
            <w:tcW w:type="dxa" w:w="2635"/>
            <w:shd w:val="clear" w:color="auto" w:fill="F5F5F5"/>
            <w:tcBorders>
              <w:top w:val="single" w:sz="4" w:color="BFBFBF"/>
              <w:left w:val="single" w:sz="4" w:color="BFBFBF"/>
              <w:bottom w:val="single" w:sz="4" w:color="BFBFBF"/>
              <w:right w:val="single" w:sz="4" w:color="BFBFBF"/>
            </w:tcBorders>
          </w:tcPr>
          <w:p>
            <w:r>
              <w:rPr>
                <w:rFonts w:ascii="Calibri" w:hAnsi="Calibri"/>
                <w:b/>
                <w:i w:val="0"/>
                <w:color w:val="282828"/>
                <w:sz w:val="20"/>
              </w:rPr>
              <w:t>Issue Date</w:t>
            </w:r>
          </w:p>
        </w:tc>
        <w:tc>
          <w:tcPr>
            <w:tcW w:type="dxa" w:w="2635"/>
            <w:tcBorders>
              <w:top w:val="single" w:sz="4" w:color="BFBFBF"/>
              <w:left w:val="single" w:sz="4" w:color="BFBFBF"/>
              <w:bottom w:val="single" w:sz="4" w:color="BFBFBF"/>
              <w:right w:val="single" w:sz="4" w:color="BFBFBF"/>
            </w:tcBorders>
          </w:tcPr>
          <w:p>
            <w:r>
              <w:rPr>
                <w:rFonts w:ascii="Calibri" w:hAnsi="Calibri"/>
                <w:b w:val="0"/>
                <w:i w:val="0"/>
                <w:color w:val="8C8C8C"/>
                <w:sz w:val="20"/>
              </w:rPr>
              <w:t>[DD/MM/YYYY]</w:t>
            </w:r>
          </w:p>
        </w:tc>
      </w:tr>
      <w:tr>
        <w:tc>
          <w:tcPr>
            <w:tcW w:type="dxa" w:w="2635"/>
            <w:shd w:val="clear" w:color="auto" w:fill="F5F5F5"/>
            <w:tcBorders>
              <w:top w:val="single" w:sz="4" w:color="BFBFBF"/>
              <w:left w:val="single" w:sz="4" w:color="BFBFBF"/>
              <w:bottom w:val="single" w:sz="4" w:color="BFBFBF"/>
              <w:right w:val="single" w:sz="4" w:color="BFBFBF"/>
            </w:tcBorders>
          </w:tcPr>
          <w:p>
            <w:r>
              <w:rPr>
                <w:rFonts w:ascii="Calibri" w:hAnsi="Calibri"/>
                <w:b/>
                <w:i w:val="0"/>
                <w:color w:val="282828"/>
                <w:sz w:val="20"/>
              </w:rPr>
              <w:t>Due Date</w:t>
            </w:r>
          </w:p>
        </w:tc>
        <w:tc>
          <w:tcPr>
            <w:tcW w:type="dxa" w:w="2635"/>
            <w:tcBorders>
              <w:top w:val="single" w:sz="4" w:color="BFBFBF"/>
              <w:left w:val="single" w:sz="4" w:color="BFBFBF"/>
              <w:bottom w:val="single" w:sz="4" w:color="BFBFBF"/>
              <w:right w:val="single" w:sz="4" w:color="BFBFBF"/>
            </w:tcBorders>
          </w:tcPr>
          <w:p>
            <w:r>
              <w:rPr>
                <w:rFonts w:ascii="Calibri" w:hAnsi="Calibri"/>
                <w:b w:val="0"/>
                <w:i w:val="0"/>
                <w:color w:val="8C8C8C"/>
                <w:sz w:val="20"/>
              </w:rPr>
              <w:t>[DD/MM/YYYY]</w:t>
            </w:r>
          </w:p>
        </w:tc>
        <w:tc>
          <w:tcPr>
            <w:tcW w:type="dxa" w:w="2635"/>
            <w:shd w:val="clear" w:color="auto" w:fill="F5F5F5"/>
            <w:tcBorders>
              <w:top w:val="single" w:sz="4" w:color="BFBFBF"/>
              <w:left w:val="single" w:sz="4" w:color="BFBFBF"/>
              <w:bottom w:val="single" w:sz="4" w:color="BFBFBF"/>
              <w:right w:val="single" w:sz="4" w:color="BFBFBF"/>
            </w:tcBorders>
          </w:tcPr>
          <w:p>
            <w:r>
              <w:rPr>
                <w:rFonts w:ascii="Calibri" w:hAnsi="Calibri"/>
                <w:b/>
                <w:i w:val="0"/>
                <w:color w:val="282828"/>
                <w:sz w:val="20"/>
              </w:rPr>
              <w:t>Payment Terms</w:t>
            </w:r>
          </w:p>
        </w:tc>
        <w:tc>
          <w:tcPr>
            <w:tcW w:type="dxa" w:w="2635"/>
            <w:tcBorders>
              <w:top w:val="single" w:sz="4" w:color="BFBFBF"/>
              <w:left w:val="single" w:sz="4" w:color="BFBFBF"/>
              <w:bottom w:val="single" w:sz="4" w:color="BFBFBF"/>
              <w:right w:val="single" w:sz="4" w:color="BFBFBF"/>
            </w:tcBorders>
          </w:tcPr>
          <w:p>
            <w:r>
              <w:rPr>
                <w:rFonts w:ascii="Calibri" w:hAnsi="Calibri"/>
                <w:b w:val="0"/>
                <w:i w:val="0"/>
                <w:color w:val="8C8C8C"/>
                <w:sz w:val="20"/>
              </w:rPr>
              <w:t>[Net 7 / 14 / 30]</w:t>
            </w:r>
          </w:p>
        </w:tc>
      </w:tr>
    </w:tbl>
    <w:p/>
    <w:p>
      <w:pPr>
        <w:spacing w:after="40"/>
      </w:pPr>
      <w:r>
        <w:rPr>
          <w:rFonts w:ascii="Calibri" w:hAnsi="Calibri"/>
          <w:b/>
          <w:i w:val="0"/>
          <w:color w:val="C00000"/>
          <w:sz w:val="24"/>
        </w:rPr>
        <w:t>Work Performed</w:t>
      </w:r>
    </w:p>
    <w:tbl>
      <w:tblPr>
        <w:tblW w:type="auto" w:w="0"/>
        <w:jc w:val="left"/>
        <w:tblLook w:firstColumn="1" w:firstRow="1" w:lastColumn="0" w:lastRow="0" w:noHBand="0" w:noVBand="1" w:val="04A0"/>
      </w:tblPr>
      <w:tblGrid>
        <w:gridCol w:w="2108"/>
        <w:gridCol w:w="2108"/>
        <w:gridCol w:w="2108"/>
        <w:gridCol w:w="2108"/>
        <w:gridCol w:w="2108"/>
      </w:tblGrid>
      <w:tr>
        <w:tc>
          <w:tcPr>
            <w:tcW w:type="dxa" w:w="2108"/>
            <w:shd w:val="clear" w:color="auto" w:fill="C00000"/>
            <w:tcBorders>
              <w:top w:val="single" w:sz="4" w:color="BFBFBF"/>
              <w:left w:val="single" w:sz="4" w:color="BFBFBF"/>
              <w:bottom w:val="single" w:sz="4" w:color="BFBFBF"/>
              <w:right w:val="single" w:sz="4" w:color="BFBFBF"/>
            </w:tcBorders>
          </w:tcPr>
          <w:p>
            <w:pPr>
              <w:jc w:val="center"/>
            </w:pPr>
            <w:r>
              <w:rPr>
                <w:rFonts w:ascii="Calibri" w:hAnsi="Calibri"/>
                <w:b/>
                <w:i w:val="0"/>
                <w:color w:val="FFFFFF"/>
                <w:sz w:val="20"/>
              </w:rPr>
              <w:t>Date</w:t>
            </w:r>
          </w:p>
        </w:tc>
        <w:tc>
          <w:tcPr>
            <w:tcW w:type="dxa" w:w="2108"/>
            <w:shd w:val="clear" w:color="auto" w:fill="C00000"/>
            <w:tcBorders>
              <w:top w:val="single" w:sz="4" w:color="BFBFBF"/>
              <w:left w:val="single" w:sz="4" w:color="BFBFBF"/>
              <w:bottom w:val="single" w:sz="4" w:color="BFBFBF"/>
              <w:right w:val="single" w:sz="4" w:color="BFBFBF"/>
            </w:tcBorders>
          </w:tcPr>
          <w:p>
            <w:pPr>
              <w:jc w:val="center"/>
            </w:pPr>
            <w:r>
              <w:rPr>
                <w:rFonts w:ascii="Calibri" w:hAnsi="Calibri"/>
                <w:b/>
                <w:i w:val="0"/>
                <w:color w:val="FFFFFF"/>
                <w:sz w:val="20"/>
              </w:rPr>
              <w:t>Description</w:t>
            </w:r>
          </w:p>
        </w:tc>
        <w:tc>
          <w:tcPr>
            <w:tcW w:type="dxa" w:w="2108"/>
            <w:shd w:val="clear" w:color="auto" w:fill="C00000"/>
            <w:tcBorders>
              <w:top w:val="single" w:sz="4" w:color="BFBFBF"/>
              <w:left w:val="single" w:sz="4" w:color="BFBFBF"/>
              <w:bottom w:val="single" w:sz="4" w:color="BFBFBF"/>
              <w:right w:val="single" w:sz="4" w:color="BFBFBF"/>
            </w:tcBorders>
          </w:tcPr>
          <w:p>
            <w:pPr>
              <w:jc w:val="center"/>
            </w:pPr>
            <w:r>
              <w:rPr>
                <w:rFonts w:ascii="Calibri" w:hAnsi="Calibri"/>
                <w:b/>
                <w:i w:val="0"/>
                <w:color w:val="FFFFFF"/>
                <w:sz w:val="20"/>
              </w:rPr>
              <w:t>Qty / Hours</w:t>
            </w:r>
          </w:p>
        </w:tc>
        <w:tc>
          <w:tcPr>
            <w:tcW w:type="dxa" w:w="2108"/>
            <w:shd w:val="clear" w:color="auto" w:fill="C00000"/>
            <w:tcBorders>
              <w:top w:val="single" w:sz="4" w:color="BFBFBF"/>
              <w:left w:val="single" w:sz="4" w:color="BFBFBF"/>
              <w:bottom w:val="single" w:sz="4" w:color="BFBFBF"/>
              <w:right w:val="single" w:sz="4" w:color="BFBFBF"/>
            </w:tcBorders>
          </w:tcPr>
          <w:p>
            <w:pPr>
              <w:jc w:val="center"/>
            </w:pPr>
            <w:r>
              <w:rPr>
                <w:rFonts w:ascii="Calibri" w:hAnsi="Calibri"/>
                <w:b/>
                <w:i w:val="0"/>
                <w:color w:val="FFFFFF"/>
                <w:sz w:val="20"/>
              </w:rPr>
              <w:t>Rate</w:t>
            </w:r>
          </w:p>
        </w:tc>
        <w:tc>
          <w:tcPr>
            <w:tcW w:type="dxa" w:w="2108"/>
            <w:shd w:val="clear" w:color="auto" w:fill="C00000"/>
            <w:tcBorders>
              <w:top w:val="single" w:sz="4" w:color="BFBFBF"/>
              <w:left w:val="single" w:sz="4" w:color="BFBFBF"/>
              <w:bottom w:val="single" w:sz="4" w:color="BFBFBF"/>
              <w:right w:val="single" w:sz="4" w:color="BFBFBF"/>
            </w:tcBorders>
          </w:tcPr>
          <w:p>
            <w:pPr>
              <w:jc w:val="center"/>
            </w:pPr>
            <w:r>
              <w:rPr>
                <w:rFonts w:ascii="Calibri" w:hAnsi="Calibri"/>
                <w:b/>
                <w:i w:val="0"/>
                <w:color w:val="FFFFFF"/>
                <w:sz w:val="20"/>
              </w:rPr>
              <w:t>Line Total</w:t>
            </w:r>
          </w:p>
        </w:tc>
      </w:tr>
      <w:tr>
        <w:tc>
          <w:tcPr>
            <w:tcW w:type="dxa" w:w="2108"/>
            <w:tcBorders>
              <w:top w:val="single" w:sz="4" w:color="BFBFBF"/>
              <w:left w:val="single" w:sz="4" w:color="BFBFBF"/>
              <w:bottom w:val="single" w:sz="4" w:color="BFBFBF"/>
              <w:right w:val="single" w:sz="4" w:color="BFBFBF"/>
            </w:tcBorders>
          </w:tcPr>
          <w:p>
            <w:r>
              <w:rPr>
                <w:rFonts w:ascii="Calibri" w:hAnsi="Calibri"/>
                <w:b w:val="0"/>
                <w:i w:val="0"/>
                <w:color w:val="8C8C8C"/>
                <w:sz w:val="20"/>
              </w:rPr>
              <w:t>[DD/MM]</w:t>
            </w:r>
          </w:p>
        </w:tc>
        <w:tc>
          <w:tcPr>
            <w:tcW w:type="dxa" w:w="2108"/>
            <w:tcBorders>
              <w:top w:val="single" w:sz="4" w:color="BFBFBF"/>
              <w:left w:val="single" w:sz="4" w:color="BFBFBF"/>
              <w:bottom w:val="single" w:sz="4" w:color="BFBFBF"/>
              <w:right w:val="single" w:sz="4" w:color="BFBFBF"/>
            </w:tcBorders>
          </w:tcPr>
          <w:p>
            <w:r>
              <w:rPr>
                <w:rFonts w:ascii="Calibri" w:hAnsi="Calibri"/>
                <w:b w:val="0"/>
                <w:i w:val="0"/>
                <w:color w:val="8C8C8C"/>
                <w:sz w:val="20"/>
              </w:rPr>
              <w:t>[Service / labour / materials]</w:t>
            </w:r>
          </w:p>
        </w:tc>
        <w:tc>
          <w:tcPr>
            <w:tcW w:type="dxa" w:w="2108"/>
            <w:tcBorders>
              <w:top w:val="single" w:sz="4" w:color="BFBFBF"/>
              <w:left w:val="single" w:sz="4" w:color="BFBFBF"/>
              <w:bottom w:val="single" w:sz="4" w:color="BFBFBF"/>
              <w:right w:val="single" w:sz="4" w:color="BFBFBF"/>
            </w:tcBorders>
          </w:tcPr>
          <w:p>
            <w:r>
              <w:rPr>
                <w:rFonts w:ascii="Calibri" w:hAnsi="Calibri"/>
                <w:b w:val="0"/>
                <w:i w:val="0"/>
                <w:color w:val="8C8C8C"/>
                <w:sz w:val="20"/>
              </w:rPr>
              <w:t>[0]</w:t>
            </w:r>
          </w:p>
        </w:tc>
        <w:tc>
          <w:tcPr>
            <w:tcW w:type="dxa" w:w="2108"/>
            <w:tcBorders>
              <w:top w:val="single" w:sz="4" w:color="BFBFBF"/>
              <w:left w:val="single" w:sz="4" w:color="BFBFBF"/>
              <w:bottom w:val="single" w:sz="4" w:color="BFBFBF"/>
              <w:right w:val="single" w:sz="4" w:color="BFBFBF"/>
            </w:tcBorders>
          </w:tcPr>
          <w:p>
            <w:r>
              <w:rPr>
                <w:rFonts w:ascii="Calibri" w:hAnsi="Calibri"/>
                <w:b w:val="0"/>
                <w:i w:val="0"/>
                <w:color w:val="8C8C8C"/>
                <w:sz w:val="20"/>
              </w:rPr>
              <w:t>[$0.00]</w:t>
            </w:r>
          </w:p>
        </w:tc>
        <w:tc>
          <w:tcPr>
            <w:tcW w:type="dxa" w:w="2108"/>
            <w:tcBorders>
              <w:top w:val="single" w:sz="4" w:color="BFBFBF"/>
              <w:left w:val="single" w:sz="4" w:color="BFBFBF"/>
              <w:bottom w:val="single" w:sz="4" w:color="BFBFBF"/>
              <w:right w:val="single" w:sz="4" w:color="BFBFBF"/>
            </w:tcBorders>
          </w:tcPr>
          <w:p>
            <w:r>
              <w:rPr>
                <w:rFonts w:ascii="Calibri" w:hAnsi="Calibri"/>
                <w:b w:val="0"/>
                <w:i w:val="0"/>
                <w:color w:val="8C8C8C"/>
                <w:sz w:val="20"/>
              </w:rPr>
              <w:t>[$0.00]</w:t>
            </w:r>
          </w:p>
        </w:tc>
      </w:tr>
      <w:tr>
        <w:tc>
          <w:tcPr>
            <w:tcW w:type="dxa" w:w="2108"/>
            <w:tcBorders>
              <w:top w:val="single" w:sz="4" w:color="BFBFBF"/>
              <w:left w:val="single" w:sz="4" w:color="BFBFBF"/>
              <w:bottom w:val="single" w:sz="4" w:color="BFBFBF"/>
              <w:right w:val="single" w:sz="4" w:color="BFBFBF"/>
            </w:tcBorders>
          </w:tcPr>
          <w:p>
            <w:r>
              <w:rPr>
                <w:rFonts w:ascii="Calibri" w:hAnsi="Calibri"/>
                <w:b w:val="0"/>
                <w:i w:val="0"/>
                <w:color w:val="8C8C8C"/>
                <w:sz w:val="20"/>
              </w:rPr>
              <w:t>[DD/MM]</w:t>
            </w:r>
          </w:p>
        </w:tc>
        <w:tc>
          <w:tcPr>
            <w:tcW w:type="dxa" w:w="2108"/>
            <w:tcBorders>
              <w:top w:val="single" w:sz="4" w:color="BFBFBF"/>
              <w:left w:val="single" w:sz="4" w:color="BFBFBF"/>
              <w:bottom w:val="single" w:sz="4" w:color="BFBFBF"/>
              <w:right w:val="single" w:sz="4" w:color="BFBFBF"/>
            </w:tcBorders>
          </w:tcPr>
          <w:p>
            <w:r>
              <w:rPr>
                <w:rFonts w:ascii="Calibri" w:hAnsi="Calibri"/>
                <w:b w:val="0"/>
                <w:i w:val="0"/>
                <w:color w:val="8C8C8C"/>
                <w:sz w:val="20"/>
              </w:rPr>
              <w:t>[Service / labour / materials]</w:t>
            </w:r>
          </w:p>
        </w:tc>
        <w:tc>
          <w:tcPr>
            <w:tcW w:type="dxa" w:w="2108"/>
            <w:tcBorders>
              <w:top w:val="single" w:sz="4" w:color="BFBFBF"/>
              <w:left w:val="single" w:sz="4" w:color="BFBFBF"/>
              <w:bottom w:val="single" w:sz="4" w:color="BFBFBF"/>
              <w:right w:val="single" w:sz="4" w:color="BFBFBF"/>
            </w:tcBorders>
          </w:tcPr>
          <w:p>
            <w:r>
              <w:rPr>
                <w:rFonts w:ascii="Calibri" w:hAnsi="Calibri"/>
                <w:b w:val="0"/>
                <w:i w:val="0"/>
                <w:color w:val="8C8C8C"/>
                <w:sz w:val="20"/>
              </w:rPr>
              <w:t>[0]</w:t>
            </w:r>
          </w:p>
        </w:tc>
        <w:tc>
          <w:tcPr>
            <w:tcW w:type="dxa" w:w="2108"/>
            <w:tcBorders>
              <w:top w:val="single" w:sz="4" w:color="BFBFBF"/>
              <w:left w:val="single" w:sz="4" w:color="BFBFBF"/>
              <w:bottom w:val="single" w:sz="4" w:color="BFBFBF"/>
              <w:right w:val="single" w:sz="4" w:color="BFBFBF"/>
            </w:tcBorders>
          </w:tcPr>
          <w:p>
            <w:r>
              <w:rPr>
                <w:rFonts w:ascii="Calibri" w:hAnsi="Calibri"/>
                <w:b w:val="0"/>
                <w:i w:val="0"/>
                <w:color w:val="8C8C8C"/>
                <w:sz w:val="20"/>
              </w:rPr>
              <w:t>[$0.00]</w:t>
            </w:r>
          </w:p>
        </w:tc>
        <w:tc>
          <w:tcPr>
            <w:tcW w:type="dxa" w:w="2108"/>
            <w:tcBorders>
              <w:top w:val="single" w:sz="4" w:color="BFBFBF"/>
              <w:left w:val="single" w:sz="4" w:color="BFBFBF"/>
              <w:bottom w:val="single" w:sz="4" w:color="BFBFBF"/>
              <w:right w:val="single" w:sz="4" w:color="BFBFBF"/>
            </w:tcBorders>
          </w:tcPr>
          <w:p>
            <w:r>
              <w:rPr>
                <w:rFonts w:ascii="Calibri" w:hAnsi="Calibri"/>
                <w:b w:val="0"/>
                <w:i w:val="0"/>
                <w:color w:val="8C8C8C"/>
                <w:sz w:val="20"/>
              </w:rPr>
              <w:t>[$0.00]</w:t>
            </w:r>
          </w:p>
        </w:tc>
      </w:tr>
      <w:tr>
        <w:tc>
          <w:tcPr>
            <w:tcW w:type="dxa" w:w="2108"/>
            <w:tcBorders>
              <w:top w:val="single" w:sz="4" w:color="BFBFBF"/>
              <w:left w:val="single" w:sz="4" w:color="BFBFBF"/>
              <w:bottom w:val="single" w:sz="4" w:color="BFBFBF"/>
              <w:right w:val="single" w:sz="4" w:color="BFBFBF"/>
            </w:tcBorders>
          </w:tcPr>
          <w:p>
            <w:r>
              <w:rPr>
                <w:rFonts w:ascii="Calibri" w:hAnsi="Calibri"/>
                <w:b w:val="0"/>
                <w:i w:val="0"/>
                <w:color w:val="8C8C8C"/>
                <w:sz w:val="20"/>
              </w:rPr>
              <w:t>[DD/MM]</w:t>
            </w:r>
          </w:p>
        </w:tc>
        <w:tc>
          <w:tcPr>
            <w:tcW w:type="dxa" w:w="2108"/>
            <w:tcBorders>
              <w:top w:val="single" w:sz="4" w:color="BFBFBF"/>
              <w:left w:val="single" w:sz="4" w:color="BFBFBF"/>
              <w:bottom w:val="single" w:sz="4" w:color="BFBFBF"/>
              <w:right w:val="single" w:sz="4" w:color="BFBFBF"/>
            </w:tcBorders>
          </w:tcPr>
          <w:p>
            <w:r>
              <w:rPr>
                <w:rFonts w:ascii="Calibri" w:hAnsi="Calibri"/>
                <w:b w:val="0"/>
                <w:i w:val="0"/>
                <w:color w:val="8C8C8C"/>
                <w:sz w:val="20"/>
              </w:rPr>
              <w:t>[Service / labour / materials]</w:t>
            </w:r>
          </w:p>
        </w:tc>
        <w:tc>
          <w:tcPr>
            <w:tcW w:type="dxa" w:w="2108"/>
            <w:tcBorders>
              <w:top w:val="single" w:sz="4" w:color="BFBFBF"/>
              <w:left w:val="single" w:sz="4" w:color="BFBFBF"/>
              <w:bottom w:val="single" w:sz="4" w:color="BFBFBF"/>
              <w:right w:val="single" w:sz="4" w:color="BFBFBF"/>
            </w:tcBorders>
          </w:tcPr>
          <w:p>
            <w:r>
              <w:rPr>
                <w:rFonts w:ascii="Calibri" w:hAnsi="Calibri"/>
                <w:b w:val="0"/>
                <w:i w:val="0"/>
                <w:color w:val="8C8C8C"/>
                <w:sz w:val="20"/>
              </w:rPr>
              <w:t>[0]</w:t>
            </w:r>
          </w:p>
        </w:tc>
        <w:tc>
          <w:tcPr>
            <w:tcW w:type="dxa" w:w="2108"/>
            <w:tcBorders>
              <w:top w:val="single" w:sz="4" w:color="BFBFBF"/>
              <w:left w:val="single" w:sz="4" w:color="BFBFBF"/>
              <w:bottom w:val="single" w:sz="4" w:color="BFBFBF"/>
              <w:right w:val="single" w:sz="4" w:color="BFBFBF"/>
            </w:tcBorders>
          </w:tcPr>
          <w:p>
            <w:r>
              <w:rPr>
                <w:rFonts w:ascii="Calibri" w:hAnsi="Calibri"/>
                <w:b w:val="0"/>
                <w:i w:val="0"/>
                <w:color w:val="8C8C8C"/>
                <w:sz w:val="20"/>
              </w:rPr>
              <w:t>[$0.00]</w:t>
            </w:r>
          </w:p>
        </w:tc>
        <w:tc>
          <w:tcPr>
            <w:tcW w:type="dxa" w:w="2108"/>
            <w:tcBorders>
              <w:top w:val="single" w:sz="4" w:color="BFBFBF"/>
              <w:left w:val="single" w:sz="4" w:color="BFBFBF"/>
              <w:bottom w:val="single" w:sz="4" w:color="BFBFBF"/>
              <w:right w:val="single" w:sz="4" w:color="BFBFBF"/>
            </w:tcBorders>
          </w:tcPr>
          <w:p>
            <w:r>
              <w:rPr>
                <w:rFonts w:ascii="Calibri" w:hAnsi="Calibri"/>
                <w:b w:val="0"/>
                <w:i w:val="0"/>
                <w:color w:val="8C8C8C"/>
                <w:sz w:val="20"/>
              </w:rPr>
              <w:t>[$0.00]</w:t>
            </w:r>
          </w:p>
        </w:tc>
      </w:tr>
      <w:tr>
        <w:tc>
          <w:tcPr>
            <w:tcW w:type="dxa" w:w="2108"/>
            <w:tcBorders>
              <w:top w:val="single" w:sz="4" w:color="BFBFBF"/>
              <w:left w:val="single" w:sz="4" w:color="BFBFBF"/>
              <w:bottom w:val="single" w:sz="4" w:color="BFBFBF"/>
              <w:right w:val="single" w:sz="4" w:color="BFBFBF"/>
            </w:tcBorders>
          </w:tcPr>
          <w:p>
            <w:r>
              <w:rPr>
                <w:rFonts w:ascii="Calibri" w:hAnsi="Calibri"/>
                <w:b w:val="0"/>
                <w:i w:val="0"/>
                <w:color w:val="8C8C8C"/>
                <w:sz w:val="20"/>
              </w:rPr>
              <w:t>[DD/MM]</w:t>
            </w:r>
          </w:p>
        </w:tc>
        <w:tc>
          <w:tcPr>
            <w:tcW w:type="dxa" w:w="2108"/>
            <w:tcBorders>
              <w:top w:val="single" w:sz="4" w:color="BFBFBF"/>
              <w:left w:val="single" w:sz="4" w:color="BFBFBF"/>
              <w:bottom w:val="single" w:sz="4" w:color="BFBFBF"/>
              <w:right w:val="single" w:sz="4" w:color="BFBFBF"/>
            </w:tcBorders>
          </w:tcPr>
          <w:p>
            <w:r>
              <w:rPr>
                <w:rFonts w:ascii="Calibri" w:hAnsi="Calibri"/>
                <w:b w:val="0"/>
                <w:i w:val="0"/>
                <w:color w:val="8C8C8C"/>
                <w:sz w:val="20"/>
              </w:rPr>
              <w:t>[Service / labour / materials]</w:t>
            </w:r>
          </w:p>
        </w:tc>
        <w:tc>
          <w:tcPr>
            <w:tcW w:type="dxa" w:w="2108"/>
            <w:tcBorders>
              <w:top w:val="single" w:sz="4" w:color="BFBFBF"/>
              <w:left w:val="single" w:sz="4" w:color="BFBFBF"/>
              <w:bottom w:val="single" w:sz="4" w:color="BFBFBF"/>
              <w:right w:val="single" w:sz="4" w:color="BFBFBF"/>
            </w:tcBorders>
          </w:tcPr>
          <w:p>
            <w:r>
              <w:rPr>
                <w:rFonts w:ascii="Calibri" w:hAnsi="Calibri"/>
                <w:b w:val="0"/>
                <w:i w:val="0"/>
                <w:color w:val="8C8C8C"/>
                <w:sz w:val="20"/>
              </w:rPr>
              <w:t>[0]</w:t>
            </w:r>
          </w:p>
        </w:tc>
        <w:tc>
          <w:tcPr>
            <w:tcW w:type="dxa" w:w="2108"/>
            <w:tcBorders>
              <w:top w:val="single" w:sz="4" w:color="BFBFBF"/>
              <w:left w:val="single" w:sz="4" w:color="BFBFBF"/>
              <w:bottom w:val="single" w:sz="4" w:color="BFBFBF"/>
              <w:right w:val="single" w:sz="4" w:color="BFBFBF"/>
            </w:tcBorders>
          </w:tcPr>
          <w:p>
            <w:r>
              <w:rPr>
                <w:rFonts w:ascii="Calibri" w:hAnsi="Calibri"/>
                <w:b w:val="0"/>
                <w:i w:val="0"/>
                <w:color w:val="8C8C8C"/>
                <w:sz w:val="20"/>
              </w:rPr>
              <w:t>[$0.00]</w:t>
            </w:r>
          </w:p>
        </w:tc>
        <w:tc>
          <w:tcPr>
            <w:tcW w:type="dxa" w:w="2108"/>
            <w:tcBorders>
              <w:top w:val="single" w:sz="4" w:color="BFBFBF"/>
              <w:left w:val="single" w:sz="4" w:color="BFBFBF"/>
              <w:bottom w:val="single" w:sz="4" w:color="BFBFBF"/>
              <w:right w:val="single" w:sz="4" w:color="BFBFBF"/>
            </w:tcBorders>
          </w:tcPr>
          <w:p>
            <w:r>
              <w:rPr>
                <w:rFonts w:ascii="Calibri" w:hAnsi="Calibri"/>
                <w:b w:val="0"/>
                <w:i w:val="0"/>
                <w:color w:val="8C8C8C"/>
                <w:sz w:val="20"/>
              </w:rPr>
              <w:t>[$0.00]</w:t>
            </w:r>
          </w:p>
        </w:tc>
      </w:tr>
    </w:tbl>
    <w:p/>
    <w:tbl>
      <w:tblPr>
        <w:tblW w:type="auto" w:w="0"/>
        <w:jc w:val="right"/>
        <w:tblLook w:firstColumn="1" w:firstRow="1" w:lastColumn="0" w:lastRow="0" w:noHBand="0" w:noVBand="1" w:val="04A0"/>
      </w:tblPr>
      <w:tblGrid>
        <w:gridCol w:w="5270"/>
        <w:gridCol w:w="5270"/>
      </w:tblGrid>
      <w:tr>
        <w:tc>
          <w:tcPr>
            <w:tcW w:type="dxa" w:w="3685"/>
            <w:shd w:val="clear" w:color="auto" w:fill="F5F5F5"/>
            <w:tcBorders>
              <w:top w:val="single" w:sz="4" w:color="BFBFBF"/>
              <w:left w:val="single" w:sz="4" w:color="BFBFBF"/>
              <w:bottom w:val="single" w:sz="4" w:color="BFBFBF"/>
              <w:right w:val="single" w:sz="4" w:color="BFBFBF"/>
            </w:tcBorders>
          </w:tcPr>
          <w:p>
            <w:r>
              <w:rPr>
                <w:rFonts w:ascii="Calibri" w:hAnsi="Calibri"/>
                <w:b w:val="0"/>
                <w:i w:val="0"/>
                <w:color w:val="282828"/>
                <w:sz w:val="20"/>
              </w:rPr>
              <w:t>Subtotal (excl. GST)</w:t>
            </w:r>
          </w:p>
        </w:tc>
        <w:tc>
          <w:tcPr>
            <w:tcW w:type="dxa" w:w="2551"/>
            <w:shd w:val="clear" w:color="auto" w:fill="F5F5F5"/>
            <w:tcBorders>
              <w:top w:val="single" w:sz="4" w:color="BFBFBF"/>
              <w:left w:val="single" w:sz="4" w:color="BFBFBF"/>
              <w:bottom w:val="single" w:sz="4" w:color="BFBFBF"/>
              <w:right w:val="single" w:sz="4" w:color="BFBFBF"/>
            </w:tcBorders>
          </w:tcPr>
          <w:p>
            <w:pPr>
              <w:jc w:val="right"/>
            </w:pPr>
            <w:r>
              <w:rPr>
                <w:rFonts w:ascii="Calibri" w:hAnsi="Calibri"/>
                <w:b w:val="0"/>
                <w:i w:val="0"/>
                <w:color w:val="8C8C8C"/>
                <w:sz w:val="20"/>
              </w:rPr>
              <w:t>[$0.00]</w:t>
            </w:r>
          </w:p>
        </w:tc>
      </w:tr>
      <w:tr>
        <w:tc>
          <w:tcPr>
            <w:tcW w:type="dxa" w:w="3685"/>
            <w:shd w:val="clear" w:color="auto" w:fill="F5F5F5"/>
            <w:tcBorders>
              <w:top w:val="single" w:sz="4" w:color="BFBFBF"/>
              <w:left w:val="single" w:sz="4" w:color="BFBFBF"/>
              <w:bottom w:val="single" w:sz="4" w:color="BFBFBF"/>
              <w:right w:val="single" w:sz="4" w:color="BFBFBF"/>
            </w:tcBorders>
          </w:tcPr>
          <w:p>
            <w:r>
              <w:rPr>
                <w:rFonts w:ascii="Calibri" w:hAnsi="Calibri"/>
                <w:b w:val="0"/>
                <w:i w:val="0"/>
                <w:color w:val="282828"/>
                <w:sz w:val="20"/>
              </w:rPr>
              <w:t>GST 10%</w:t>
            </w:r>
          </w:p>
        </w:tc>
        <w:tc>
          <w:tcPr>
            <w:tcW w:type="dxa" w:w="2551"/>
            <w:shd w:val="clear" w:color="auto" w:fill="F5F5F5"/>
            <w:tcBorders>
              <w:top w:val="single" w:sz="4" w:color="BFBFBF"/>
              <w:left w:val="single" w:sz="4" w:color="BFBFBF"/>
              <w:bottom w:val="single" w:sz="4" w:color="BFBFBF"/>
              <w:right w:val="single" w:sz="4" w:color="BFBFBF"/>
            </w:tcBorders>
          </w:tcPr>
          <w:p>
            <w:pPr>
              <w:jc w:val="right"/>
            </w:pPr>
            <w:r>
              <w:rPr>
                <w:rFonts w:ascii="Calibri" w:hAnsi="Calibri"/>
                <w:b w:val="0"/>
                <w:i w:val="0"/>
                <w:color w:val="8C8C8C"/>
                <w:sz w:val="20"/>
              </w:rPr>
              <w:t>[$0.00]</w:t>
            </w:r>
          </w:p>
        </w:tc>
      </w:tr>
      <w:tr>
        <w:tc>
          <w:tcPr>
            <w:tcW w:type="dxa" w:w="3685"/>
            <w:shd w:val="clear" w:color="auto" w:fill="C00000"/>
            <w:tcBorders>
              <w:top w:val="single" w:sz="4" w:color="BFBFBF"/>
              <w:left w:val="single" w:sz="4" w:color="BFBFBF"/>
              <w:bottom w:val="single" w:sz="4" w:color="BFBFBF"/>
              <w:right w:val="single" w:sz="4" w:color="BFBFBF"/>
            </w:tcBorders>
          </w:tcPr>
          <w:p>
            <w:r>
              <w:rPr>
                <w:rFonts w:ascii="Calibri" w:hAnsi="Calibri"/>
                <w:b/>
                <w:i w:val="0"/>
                <w:color w:val="FFFFFF"/>
                <w:sz w:val="20"/>
              </w:rPr>
              <w:t>Total Amount Payable</w:t>
            </w:r>
          </w:p>
        </w:tc>
        <w:tc>
          <w:tcPr>
            <w:tcW w:type="dxa" w:w="2551"/>
            <w:shd w:val="clear" w:color="auto" w:fill="C00000"/>
            <w:tcBorders>
              <w:top w:val="single" w:sz="4" w:color="BFBFBF"/>
              <w:left w:val="single" w:sz="4" w:color="BFBFBF"/>
              <w:bottom w:val="single" w:sz="4" w:color="BFBFBF"/>
              <w:right w:val="single" w:sz="4" w:color="BFBFBF"/>
            </w:tcBorders>
          </w:tcPr>
          <w:p>
            <w:pPr>
              <w:jc w:val="right"/>
            </w:pPr>
            <w:r>
              <w:rPr>
                <w:rFonts w:ascii="Calibri" w:hAnsi="Calibri"/>
                <w:b/>
                <w:i w:val="0"/>
                <w:color w:val="FFFFFF"/>
                <w:sz w:val="20"/>
              </w:rPr>
              <w:t>[$0.00]</w:t>
            </w:r>
          </w:p>
        </w:tc>
      </w:tr>
    </w:tbl>
    <w:p/>
    <w:p>
      <w:pPr>
        <w:spacing w:after="40"/>
      </w:pPr>
      <w:r>
        <w:rPr>
          <w:rFonts w:ascii="Calibri" w:hAnsi="Calibri"/>
          <w:b/>
          <w:i w:val="0"/>
          <w:color w:val="C00000"/>
          <w:sz w:val="24"/>
        </w:rPr>
        <w:t>Payment Details</w:t>
      </w:r>
    </w:p>
    <w:tbl>
      <w:tblPr>
        <w:tblW w:type="auto" w:w="0"/>
        <w:jc w:val="left"/>
        <w:tblLook w:firstColumn="1" w:firstRow="1" w:lastColumn="0" w:lastRow="0" w:noHBand="0" w:noVBand="1" w:val="04A0"/>
      </w:tblPr>
      <w:tblGrid>
        <w:gridCol w:w="2635"/>
        <w:gridCol w:w="2635"/>
        <w:gridCol w:w="2635"/>
        <w:gridCol w:w="2635"/>
      </w:tblGrid>
      <w:tr>
        <w:tc>
          <w:tcPr>
            <w:tcW w:type="dxa" w:w="2635"/>
            <w:shd w:val="clear" w:color="auto" w:fill="F5F5F5"/>
            <w:tcBorders>
              <w:top w:val="single" w:sz="4" w:color="BFBFBF"/>
              <w:left w:val="single" w:sz="4" w:color="BFBFBF"/>
              <w:bottom w:val="single" w:sz="4" w:color="BFBFBF"/>
              <w:right w:val="single" w:sz="4" w:color="BFBFBF"/>
            </w:tcBorders>
          </w:tcPr>
          <w:p>
            <w:r>
              <w:rPr>
                <w:rFonts w:ascii="Calibri" w:hAnsi="Calibri"/>
                <w:b/>
                <w:i w:val="0"/>
                <w:color w:val="282828"/>
                <w:sz w:val="20"/>
              </w:rPr>
              <w:t>Bank</w:t>
            </w:r>
          </w:p>
        </w:tc>
        <w:tc>
          <w:tcPr>
            <w:tcW w:type="dxa" w:w="2635"/>
            <w:tcBorders>
              <w:top w:val="single" w:sz="4" w:color="BFBFBF"/>
              <w:left w:val="single" w:sz="4" w:color="BFBFBF"/>
              <w:bottom w:val="single" w:sz="4" w:color="BFBFBF"/>
              <w:right w:val="single" w:sz="4" w:color="BFBFBF"/>
            </w:tcBorders>
          </w:tcPr>
          <w:p>
            <w:r>
              <w:rPr>
                <w:rFonts w:ascii="Calibri" w:hAnsi="Calibri"/>
                <w:b w:val="0"/>
                <w:i w:val="0"/>
                <w:color w:val="8C8C8C"/>
                <w:sz w:val="20"/>
              </w:rPr>
              <w:t>[Bank Name]</w:t>
            </w:r>
          </w:p>
        </w:tc>
        <w:tc>
          <w:tcPr>
            <w:tcW w:type="dxa" w:w="2635"/>
            <w:shd w:val="clear" w:color="auto" w:fill="F5F5F5"/>
            <w:tcBorders>
              <w:top w:val="single" w:sz="4" w:color="BFBFBF"/>
              <w:left w:val="single" w:sz="4" w:color="BFBFBF"/>
              <w:bottom w:val="single" w:sz="4" w:color="BFBFBF"/>
              <w:right w:val="single" w:sz="4" w:color="BFBFBF"/>
            </w:tcBorders>
          </w:tcPr>
          <w:p>
            <w:r>
              <w:rPr>
                <w:rFonts w:ascii="Calibri" w:hAnsi="Calibri"/>
                <w:b/>
                <w:i w:val="0"/>
                <w:color w:val="282828"/>
                <w:sz w:val="20"/>
              </w:rPr>
              <w:t>Account Name</w:t>
            </w:r>
          </w:p>
        </w:tc>
        <w:tc>
          <w:tcPr>
            <w:tcW w:type="dxa" w:w="2635"/>
            <w:tcBorders>
              <w:top w:val="single" w:sz="4" w:color="BFBFBF"/>
              <w:left w:val="single" w:sz="4" w:color="BFBFBF"/>
              <w:bottom w:val="single" w:sz="4" w:color="BFBFBF"/>
              <w:right w:val="single" w:sz="4" w:color="BFBFBF"/>
            </w:tcBorders>
          </w:tcPr>
          <w:p>
            <w:r>
              <w:rPr>
                <w:rFonts w:ascii="Calibri" w:hAnsi="Calibri"/>
                <w:b w:val="0"/>
                <w:i w:val="0"/>
                <w:color w:val="8C8C8C"/>
                <w:sz w:val="20"/>
              </w:rPr>
              <w:t>[Account Holder]</w:t>
            </w:r>
          </w:p>
        </w:tc>
      </w:tr>
      <w:tr>
        <w:tc>
          <w:tcPr>
            <w:tcW w:type="dxa" w:w="2635"/>
            <w:shd w:val="clear" w:color="auto" w:fill="F5F5F5"/>
            <w:tcBorders>
              <w:top w:val="single" w:sz="4" w:color="BFBFBF"/>
              <w:left w:val="single" w:sz="4" w:color="BFBFBF"/>
              <w:bottom w:val="single" w:sz="4" w:color="BFBFBF"/>
              <w:right w:val="single" w:sz="4" w:color="BFBFBF"/>
            </w:tcBorders>
          </w:tcPr>
          <w:p>
            <w:r>
              <w:rPr>
                <w:rFonts w:ascii="Calibri" w:hAnsi="Calibri"/>
                <w:b/>
                <w:i w:val="0"/>
                <w:color w:val="282828"/>
                <w:sz w:val="20"/>
              </w:rPr>
              <w:t>BSB</w:t>
            </w:r>
          </w:p>
        </w:tc>
        <w:tc>
          <w:tcPr>
            <w:tcW w:type="dxa" w:w="2635"/>
            <w:tcBorders>
              <w:top w:val="single" w:sz="4" w:color="BFBFBF"/>
              <w:left w:val="single" w:sz="4" w:color="BFBFBF"/>
              <w:bottom w:val="single" w:sz="4" w:color="BFBFBF"/>
              <w:right w:val="single" w:sz="4" w:color="BFBFBF"/>
            </w:tcBorders>
          </w:tcPr>
          <w:p>
            <w:r>
              <w:rPr>
                <w:rFonts w:ascii="Calibri" w:hAnsi="Calibri"/>
                <w:b w:val="0"/>
                <w:i w:val="0"/>
                <w:color w:val="8C8C8C"/>
                <w:sz w:val="20"/>
              </w:rPr>
              <w:t>[XXX-XXX]</w:t>
            </w:r>
          </w:p>
        </w:tc>
        <w:tc>
          <w:tcPr>
            <w:tcW w:type="dxa" w:w="2635"/>
            <w:shd w:val="clear" w:color="auto" w:fill="F5F5F5"/>
            <w:tcBorders>
              <w:top w:val="single" w:sz="4" w:color="BFBFBF"/>
              <w:left w:val="single" w:sz="4" w:color="BFBFBF"/>
              <w:bottom w:val="single" w:sz="4" w:color="BFBFBF"/>
              <w:right w:val="single" w:sz="4" w:color="BFBFBF"/>
            </w:tcBorders>
          </w:tcPr>
          <w:p>
            <w:r>
              <w:rPr>
                <w:rFonts w:ascii="Calibri" w:hAnsi="Calibri"/>
                <w:b/>
                <w:i w:val="0"/>
                <w:color w:val="282828"/>
                <w:sz w:val="20"/>
              </w:rPr>
              <w:t>Account Number</w:t>
            </w:r>
          </w:p>
        </w:tc>
        <w:tc>
          <w:tcPr>
            <w:tcW w:type="dxa" w:w="2635"/>
            <w:tcBorders>
              <w:top w:val="single" w:sz="4" w:color="BFBFBF"/>
              <w:left w:val="single" w:sz="4" w:color="BFBFBF"/>
              <w:bottom w:val="single" w:sz="4" w:color="BFBFBF"/>
              <w:right w:val="single" w:sz="4" w:color="BFBFBF"/>
            </w:tcBorders>
          </w:tcPr>
          <w:p>
            <w:r>
              <w:rPr>
                <w:rFonts w:ascii="Calibri" w:hAnsi="Calibri"/>
                <w:b w:val="0"/>
                <w:i w:val="0"/>
                <w:color w:val="8C8C8C"/>
                <w:sz w:val="20"/>
              </w:rPr>
              <w:t>[XXXXXXXX]</w:t>
            </w:r>
          </w:p>
        </w:tc>
      </w:tr>
      <w:tr>
        <w:tc>
          <w:tcPr>
            <w:tcW w:type="dxa" w:w="2635"/>
            <w:shd w:val="clear" w:color="auto" w:fill="F5F5F5"/>
            <w:tcBorders>
              <w:top w:val="single" w:sz="4" w:color="BFBFBF"/>
              <w:left w:val="single" w:sz="4" w:color="BFBFBF"/>
              <w:bottom w:val="single" w:sz="4" w:color="BFBFBF"/>
              <w:right w:val="single" w:sz="4" w:color="BFBFBF"/>
            </w:tcBorders>
          </w:tcPr>
          <w:p>
            <w:r>
              <w:rPr>
                <w:rFonts w:ascii="Calibri" w:hAnsi="Calibri"/>
                <w:b/>
                <w:i w:val="0"/>
                <w:color w:val="282828"/>
                <w:sz w:val="20"/>
              </w:rPr>
              <w:t>PayID</w:t>
            </w:r>
          </w:p>
        </w:tc>
        <w:tc>
          <w:tcPr>
            <w:tcW w:type="dxa" w:w="2635"/>
            <w:tcBorders>
              <w:top w:val="single" w:sz="4" w:color="BFBFBF"/>
              <w:left w:val="single" w:sz="4" w:color="BFBFBF"/>
              <w:bottom w:val="single" w:sz="4" w:color="BFBFBF"/>
              <w:right w:val="single" w:sz="4" w:color="BFBFBF"/>
            </w:tcBorders>
          </w:tcPr>
          <w:p>
            <w:r>
              <w:rPr>
                <w:rFonts w:ascii="Calibri" w:hAnsi="Calibri"/>
                <w:b w:val="0"/>
                <w:i w:val="0"/>
                <w:color w:val="8C8C8C"/>
                <w:sz w:val="20"/>
              </w:rPr>
              <w:t>[Email / ABN]</w:t>
            </w:r>
          </w:p>
        </w:tc>
        <w:tc>
          <w:tcPr>
            <w:tcW w:type="dxa" w:w="2635"/>
            <w:shd w:val="clear" w:color="auto" w:fill="F5F5F5"/>
            <w:tcBorders>
              <w:top w:val="single" w:sz="4" w:color="BFBFBF"/>
              <w:left w:val="single" w:sz="4" w:color="BFBFBF"/>
              <w:bottom w:val="single" w:sz="4" w:color="BFBFBF"/>
              <w:right w:val="single" w:sz="4" w:color="BFBFBF"/>
            </w:tcBorders>
          </w:tcPr>
          <w:p>
            <w:r>
              <w:rPr>
                <w:rFonts w:ascii="Calibri" w:hAnsi="Calibri"/>
                <w:b/>
                <w:i w:val="0"/>
                <w:color w:val="282828"/>
                <w:sz w:val="20"/>
              </w:rPr>
              <w:t>Reference</w:t>
            </w:r>
          </w:p>
        </w:tc>
        <w:tc>
          <w:tcPr>
            <w:tcW w:type="dxa" w:w="2635"/>
            <w:tcBorders>
              <w:top w:val="single" w:sz="4" w:color="BFBFBF"/>
              <w:left w:val="single" w:sz="4" w:color="BFBFBF"/>
              <w:bottom w:val="single" w:sz="4" w:color="BFBFBF"/>
              <w:right w:val="single" w:sz="4" w:color="BFBFBF"/>
            </w:tcBorders>
          </w:tcPr>
          <w:p>
            <w:r>
              <w:rPr>
                <w:rFonts w:ascii="Calibri" w:hAnsi="Calibri"/>
                <w:b w:val="0"/>
                <w:i w:val="0"/>
                <w:color w:val="8C8C8C"/>
                <w:sz w:val="20"/>
              </w:rPr>
              <w:t>[Invoice Number]</w:t>
            </w:r>
          </w:p>
        </w:tc>
      </w:tr>
    </w:tbl>
    <w:p/>
    <w:p>
      <w:pPr>
        <w:spacing w:after="40"/>
      </w:pPr>
      <w:r>
        <w:rPr>
          <w:rFonts w:ascii="Calibri" w:hAnsi="Calibri"/>
          <w:b/>
          <w:i w:val="0"/>
          <w:color w:val="C00000"/>
          <w:sz w:val="24"/>
        </w:rPr>
        <w:t>Notes</w:t>
      </w:r>
    </w:p>
    <w:tbl>
      <w:tblPr>
        <w:tblW w:type="auto" w:w="0"/>
        <w:tblLook w:firstColumn="1" w:firstRow="1" w:lastColumn="0" w:lastRow="0" w:noHBand="0" w:noVBand="1" w:val="04A0"/>
      </w:tblPr>
      <w:tblGrid>
        <w:gridCol w:w="10540"/>
      </w:tblGrid>
      <w:tr>
        <w:tc>
          <w:tcPr>
            <w:tcW w:type="dxa" w:w="10540"/>
            <w:shd w:val="clear" w:color="auto" w:fill="F5F5F5"/>
            <w:tcBorders>
              <w:top w:val="single" w:sz="4" w:color="BFBFBF"/>
              <w:left w:val="single" w:sz="4" w:color="BFBFBF"/>
              <w:bottom w:val="single" w:sz="4" w:color="BFBFBF"/>
              <w:right w:val="single" w:sz="4" w:color="BFBFBF"/>
            </w:tcBorders>
          </w:tcPr>
          <w:p>
            <w:r>
              <w:rPr>
                <w:rFonts w:ascii="Calibri" w:hAnsi="Calibri"/>
                <w:b w:val="0"/>
                <w:i/>
                <w:color w:val="282828"/>
                <w:sz w:val="18"/>
              </w:rPr>
              <w:t>[Add late-payment terms, warranty notes, or a thank-you message. Keep a digital copy for at least 5 years for ATO record-keeping.]</w:t>
            </w:r>
          </w:p>
        </w:tc>
      </w:tr>
    </w:tbl>
    <w:p/>
    <w:p>
      <w:pPr>
        <w:jc w:val="center"/>
      </w:pPr>
      <w:r>
        <w:rPr>
          <w:rFonts w:ascii="Calibri" w:hAnsi="Calibri"/>
          <w:b w:val="0"/>
          <w:i/>
          <w:color w:val="282828"/>
          <w:sz w:val="18"/>
        </w:rPr>
        <w:t>Issued by: [Business Name]   |   Approved by: [Authorised Signatory]   |   Date: [DD/MM/YYYY]</w:t>
      </w:r>
    </w:p>
    <w:sectPr w:rsidR="00FC693F" w:rsidRPr="0006063C" w:rsidSect="00034616">
      <w:pgSz w:w="12240" w:h="15840"/>
      <w:pgMar w:top="850" w:right="850" w:bottom="850" w:left="85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