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pPr>
      <w:r>
        <w:drawing>
          <wp:inline xmlns:a="http://schemas.openxmlformats.org/drawingml/2006/main" xmlns:pic="http://schemas.openxmlformats.org/drawingml/2006/picture">
            <wp:extent cx="1737360" cy="317068"/>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737360" cy="317068"/>
                    </a:xfrm>
                    <a:prstGeom prst="rect"/>
                  </pic:spPr>
                </pic:pic>
              </a:graphicData>
            </a:graphic>
          </wp:inline>
        </w:drawing>
      </w:r>
    </w:p>
    <w:p>
      <w:pPr>
        <w:shd w:val="clear" w:color="auto" w:fill="C22114"/>
        <w:spacing w:before="0" w:after="0"/>
      </w:pPr>
      <w:r>
        <w:rPr>
          <w:rFonts w:ascii="Calibri" w:hAnsi="Calibri"/>
          <w:b/>
          <w:color w:val="FFFFFF"/>
          <w:sz w:val="36"/>
        </w:rPr>
        <w:t xml:space="preserve">  QUOTATION LETTER</w:t>
      </w:r>
    </w:p>
    <w:p>
      <w:pPr>
        <w:shd w:val="clear" w:color="auto" w:fill="8B1610"/>
        <w:spacing w:before="0" w:after="160"/>
      </w:pPr>
      <w:r>
        <w:rPr>
          <w:rFonts w:ascii="Calibri" w:hAnsi="Calibri"/>
          <w:color w:val="FFFFFF"/>
          <w:sz w:val="18"/>
        </w:rPr>
        <w:t xml:space="preserve">  Formal Quotation Letter Template</w:t>
      </w:r>
    </w:p>
    <w:tbl>
      <w:tblPr>
        <w:tblStyle w:val="TableGrid"/>
        <w:tblW w:type="auto" w:w="0"/>
        <w:tblLook w:firstColumn="1" w:firstRow="1" w:lastColumn="0" w:lastRow="0" w:noHBand="0" w:noVBand="1" w:val="04A0"/>
      </w:tblPr>
      <w:tblGrid>
        <w:gridCol w:w="2550"/>
        <w:gridCol w:w="2550"/>
        <w:gridCol w:w="2550"/>
        <w:gridCol w:w="2550"/>
      </w:tblGrid>
      <w:tr>
        <w:tc>
          <w:tcPr>
            <w:tcW w:type="dxa" w:w="1417"/>
            <w:shd w:val="clear" w:color="auto" w:fill="F5F5F5"/>
          </w:tcPr>
          <w:p>
            <w:pPr>
              <w:spacing w:before="30" w:after="30"/>
              <w:jc w:val="left"/>
            </w:pPr>
            <w:r/>
            <w:r>
              <w:rPr>
                <w:rFonts w:ascii="Calibri" w:hAnsi="Calibri"/>
                <w:b/>
                <w:i w:val="0"/>
                <w:color w:val="1A1A1A"/>
                <w:sz w:val="16"/>
                <w:u w:val="none"/>
              </w:rPr>
              <w:t>From:</w:t>
            </w:r>
          </w:p>
        </w:tc>
        <w:tc>
          <w:tcPr>
            <w:tcW w:type="dxa" w:w="3118"/>
            <w:shd w:val="clear" w:color="auto" w:fill="FFFFFF"/>
          </w:tcPr>
          <w:p>
            <w:pPr>
              <w:spacing w:before="30" w:after="30"/>
              <w:jc w:val="left"/>
            </w:pPr>
            <w:r/>
            <w:r>
              <w:rPr>
                <w:rFonts w:ascii="Calibri" w:hAnsi="Calibri"/>
                <w:b w:val="0"/>
                <w:i w:val="0"/>
                <w:color w:val="1A1A1A"/>
                <w:sz w:val="16"/>
                <w:u w:val="none"/>
              </w:rPr>
              <w:t>[Your Company Name / Your Name]</w:t>
            </w:r>
          </w:p>
        </w:tc>
        <w:tc>
          <w:tcPr>
            <w:tcW w:type="dxa" w:w="1417"/>
            <w:shd w:val="clear" w:color="auto" w:fill="F5F5F5"/>
          </w:tcPr>
          <w:p>
            <w:pPr>
              <w:spacing w:before="30" w:after="30"/>
              <w:jc w:val="left"/>
            </w:pPr>
            <w:r/>
            <w:r>
              <w:rPr>
                <w:rFonts w:ascii="Calibri" w:hAnsi="Calibri"/>
                <w:b/>
                <w:i w:val="0"/>
                <w:color w:val="1A1A1A"/>
                <w:sz w:val="16"/>
                <w:u w:val="none"/>
              </w:rPr>
              <w:t>Quote Reference:</w:t>
            </w:r>
          </w:p>
        </w:tc>
        <w:tc>
          <w:tcPr>
            <w:tcW w:type="dxa" w:w="3118"/>
            <w:shd w:val="clear" w:color="auto" w:fill="FFFFFF"/>
          </w:tcPr>
          <w:p>
            <w:pPr>
              <w:spacing w:before="30" w:after="30"/>
              <w:jc w:val="left"/>
            </w:pPr>
            <w:r/>
            <w:r>
              <w:rPr>
                <w:rFonts w:ascii="Calibri" w:hAnsi="Calibri"/>
                <w:b w:val="0"/>
                <w:i w:val="0"/>
                <w:color w:val="1A1A1A"/>
                <w:sz w:val="16"/>
                <w:u w:val="none"/>
              </w:rPr>
              <w:t>QUO-</w:t>
            </w:r>
          </w:p>
        </w:tc>
      </w:tr>
      <w:tr>
        <w:tc>
          <w:tcPr>
            <w:tcW w:type="dxa" w:w="1417"/>
            <w:shd w:val="clear" w:color="auto" w:fill="F5F5F5"/>
          </w:tcPr>
          <w:p>
            <w:pPr>
              <w:spacing w:before="30" w:after="30"/>
              <w:jc w:val="left"/>
            </w:pPr>
            <w:r/>
            <w:r>
              <w:rPr>
                <w:rFonts w:ascii="Calibri" w:hAnsi="Calibri"/>
                <w:b/>
                <w:i w:val="0"/>
                <w:color w:val="1A1A1A"/>
                <w:sz w:val="16"/>
                <w:u w:val="none"/>
              </w:rPr>
              <w:t>ABN:</w:t>
            </w:r>
          </w:p>
        </w:tc>
        <w:tc>
          <w:tcPr>
            <w:tcW w:type="dxa" w:w="3118"/>
            <w:shd w:val="clear" w:color="auto" w:fill="FFFFFF"/>
          </w:tcPr>
          <w:p>
            <w:pPr>
              <w:spacing w:before="30" w:after="30"/>
              <w:jc w:val="left"/>
            </w:pPr>
            <w:r/>
            <w:r>
              <w:rPr>
                <w:rFonts w:ascii="Calibri" w:hAnsi="Calibri"/>
                <w:b w:val="0"/>
                <w:i w:val="0"/>
                <w:color w:val="1A1A1A"/>
                <w:sz w:val="16"/>
                <w:u w:val="none"/>
              </w:rPr>
            </w:r>
          </w:p>
        </w:tc>
        <w:tc>
          <w:tcPr>
            <w:tcW w:type="dxa" w:w="1417"/>
            <w:shd w:val="clear" w:color="auto" w:fill="F5F5F5"/>
          </w:tcPr>
          <w:p>
            <w:pPr>
              <w:spacing w:before="30" w:after="30"/>
              <w:jc w:val="left"/>
            </w:pPr>
            <w:r/>
            <w:r>
              <w:rPr>
                <w:rFonts w:ascii="Calibri" w:hAnsi="Calibri"/>
                <w:b/>
                <w:i w:val="0"/>
                <w:color w:val="1A1A1A"/>
                <w:sz w:val="16"/>
                <w:u w:val="none"/>
              </w:rPr>
              <w:t>Date:</w:t>
            </w:r>
          </w:p>
        </w:tc>
        <w:tc>
          <w:tcPr>
            <w:tcW w:type="dxa" w:w="3118"/>
            <w:shd w:val="clear" w:color="auto" w:fill="FFFFFF"/>
          </w:tcPr>
          <w:p>
            <w:pPr>
              <w:spacing w:before="30" w:after="30"/>
              <w:jc w:val="left"/>
            </w:pPr>
            <w:r/>
            <w:r>
              <w:rPr>
                <w:rFonts w:ascii="Calibri" w:hAnsi="Calibri"/>
                <w:b w:val="0"/>
                <w:i w:val="0"/>
                <w:color w:val="1A1A1A"/>
                <w:sz w:val="16"/>
                <w:u w:val="none"/>
              </w:rPr>
              <w:t>[DD Month YYYY]</w:t>
            </w:r>
          </w:p>
        </w:tc>
      </w:tr>
      <w:tr>
        <w:tc>
          <w:tcPr>
            <w:tcW w:type="dxa" w:w="1417"/>
            <w:shd w:val="clear" w:color="auto" w:fill="F5F5F5"/>
          </w:tcPr>
          <w:p>
            <w:pPr>
              <w:spacing w:before="30" w:after="30"/>
              <w:jc w:val="left"/>
            </w:pPr>
            <w:r/>
            <w:r>
              <w:rPr>
                <w:rFonts w:ascii="Calibri" w:hAnsi="Calibri"/>
                <w:b/>
                <w:i w:val="0"/>
                <w:color w:val="1A1A1A"/>
                <w:sz w:val="16"/>
                <w:u w:val="none"/>
              </w:rPr>
              <w:t>Address:</w:t>
            </w:r>
          </w:p>
        </w:tc>
        <w:tc>
          <w:tcPr>
            <w:tcW w:type="dxa" w:w="3118"/>
            <w:shd w:val="clear" w:color="auto" w:fill="FFFFFF"/>
          </w:tcPr>
          <w:p>
            <w:pPr>
              <w:spacing w:before="30" w:after="30"/>
              <w:jc w:val="left"/>
            </w:pPr>
            <w:r/>
            <w:r>
              <w:rPr>
                <w:rFonts w:ascii="Calibri" w:hAnsi="Calibri"/>
                <w:b w:val="0"/>
                <w:i w:val="0"/>
                <w:color w:val="1A1A1A"/>
                <w:sz w:val="16"/>
                <w:u w:val="none"/>
              </w:rPr>
            </w:r>
          </w:p>
        </w:tc>
        <w:tc>
          <w:tcPr>
            <w:tcW w:type="dxa" w:w="1417"/>
            <w:shd w:val="clear" w:color="auto" w:fill="F5F5F5"/>
          </w:tcPr>
          <w:p>
            <w:pPr>
              <w:spacing w:before="30" w:after="30"/>
              <w:jc w:val="left"/>
            </w:pPr>
            <w:r/>
            <w:r>
              <w:rPr>
                <w:rFonts w:ascii="Calibri" w:hAnsi="Calibri"/>
                <w:b/>
                <w:i w:val="0"/>
                <w:color w:val="1A1A1A"/>
                <w:sz w:val="16"/>
                <w:u w:val="none"/>
              </w:rPr>
              <w:t>Valid Until:</w:t>
            </w:r>
          </w:p>
        </w:tc>
        <w:tc>
          <w:tcPr>
            <w:tcW w:type="dxa" w:w="3118"/>
            <w:shd w:val="clear" w:color="auto" w:fill="FFFFFF"/>
          </w:tcPr>
          <w:p>
            <w:pPr>
              <w:spacing w:before="30" w:after="30"/>
              <w:jc w:val="left"/>
            </w:pPr>
            <w:r/>
            <w:r>
              <w:rPr>
                <w:rFonts w:ascii="Calibri" w:hAnsi="Calibri"/>
                <w:b w:val="0"/>
                <w:i w:val="0"/>
                <w:color w:val="1A1A1A"/>
                <w:sz w:val="16"/>
                <w:u w:val="none"/>
              </w:rPr>
              <w:t>[DD Month YYYY]</w:t>
            </w:r>
          </w:p>
        </w:tc>
      </w:tr>
    </w:tbl>
    <w:p/>
    <w:p>
      <w:pPr>
        <w:shd w:val="clear" w:color="auto" w:fill="FDECEA"/>
        <w:spacing w:after="0"/>
      </w:pPr>
      <w:r>
        <w:rPr>
          <w:rFonts w:ascii="Calibri" w:hAnsi="Calibri"/>
          <w:b/>
          <w:color w:val="8B1610"/>
          <w:sz w:val="18"/>
        </w:rPr>
        <w:t xml:space="preserve">  TO (Recipient)</w:t>
      </w:r>
    </w:p>
    <w:tbl>
      <w:tblPr>
        <w:tblStyle w:val="TableGrid"/>
        <w:tblW w:type="auto" w:w="0"/>
        <w:tblLook w:firstColumn="1" w:firstRow="1" w:lastColumn="0" w:lastRow="0" w:noHBand="0" w:noVBand="1" w:val="04A0"/>
      </w:tblPr>
      <w:tblGrid>
        <w:gridCol w:w="5100"/>
        <w:gridCol w:w="5100"/>
      </w:tblGrid>
      <w:tr>
        <w:tc>
          <w:tcPr>
            <w:tcW w:type="dxa" w:w="1984"/>
            <w:shd w:val="clear" w:color="auto" w:fill="F5F5F5"/>
          </w:tcPr>
          <w:p>
            <w:pPr>
              <w:spacing w:before="30" w:after="30"/>
              <w:jc w:val="left"/>
            </w:pPr>
            <w:r/>
            <w:r>
              <w:rPr>
                <w:rFonts w:ascii="Calibri" w:hAnsi="Calibri"/>
                <w:b/>
                <w:i w:val="0"/>
                <w:color w:val="1A1A1A"/>
                <w:sz w:val="16"/>
                <w:u w:val="none"/>
              </w:rPr>
              <w:t>Name / Company:</w:t>
            </w:r>
          </w:p>
        </w:tc>
        <w:tc>
          <w:tcPr>
            <w:tcW w:type="dxa" w:w="8220"/>
            <w:shd w:val="clear" w:color="auto" w:fill="FFFFFF"/>
          </w:tcPr>
          <w:p>
            <w:pPr>
              <w:spacing w:before="30" w:after="30"/>
              <w:jc w:val="left"/>
            </w:pPr>
            <w:r/>
            <w:r>
              <w:rPr>
                <w:rFonts w:ascii="Calibri" w:hAnsi="Calibri"/>
                <w:b w:val="0"/>
                <w:i w:val="0"/>
                <w:color w:val="1A1A1A"/>
                <w:sz w:val="16"/>
                <w:u w:val="none"/>
              </w:rPr>
            </w:r>
          </w:p>
        </w:tc>
      </w:tr>
      <w:tr>
        <w:tc>
          <w:tcPr>
            <w:tcW w:type="dxa" w:w="1984"/>
            <w:shd w:val="clear" w:color="auto" w:fill="F5F5F5"/>
          </w:tcPr>
          <w:p>
            <w:pPr>
              <w:spacing w:before="30" w:after="30"/>
              <w:jc w:val="left"/>
            </w:pPr>
            <w:r/>
            <w:r>
              <w:rPr>
                <w:rFonts w:ascii="Calibri" w:hAnsi="Calibri"/>
                <w:b/>
                <w:i w:val="0"/>
                <w:color w:val="1A1A1A"/>
                <w:sz w:val="16"/>
                <w:u w:val="none"/>
              </w:rPr>
              <w:t>Position:</w:t>
            </w:r>
          </w:p>
        </w:tc>
        <w:tc>
          <w:tcPr>
            <w:tcW w:type="dxa" w:w="8220"/>
            <w:shd w:val="clear" w:color="auto" w:fill="FFFFFF"/>
          </w:tcPr>
          <w:p>
            <w:pPr>
              <w:spacing w:before="30" w:after="30"/>
              <w:jc w:val="left"/>
            </w:pPr>
            <w:r/>
            <w:r>
              <w:rPr>
                <w:rFonts w:ascii="Calibri" w:hAnsi="Calibri"/>
                <w:b w:val="0"/>
                <w:i w:val="0"/>
                <w:color w:val="1A1A1A"/>
                <w:sz w:val="16"/>
                <w:u w:val="none"/>
              </w:rPr>
            </w:r>
          </w:p>
        </w:tc>
      </w:tr>
      <w:tr>
        <w:tc>
          <w:tcPr>
            <w:tcW w:type="dxa" w:w="1984"/>
            <w:shd w:val="clear" w:color="auto" w:fill="F5F5F5"/>
          </w:tcPr>
          <w:p>
            <w:pPr>
              <w:spacing w:before="30" w:after="30"/>
              <w:jc w:val="left"/>
            </w:pPr>
            <w:r/>
            <w:r>
              <w:rPr>
                <w:rFonts w:ascii="Calibri" w:hAnsi="Calibri"/>
                <w:b/>
                <w:i w:val="0"/>
                <w:color w:val="1A1A1A"/>
                <w:sz w:val="16"/>
                <w:u w:val="none"/>
              </w:rPr>
              <w:t>Address:</w:t>
            </w:r>
          </w:p>
        </w:tc>
        <w:tc>
          <w:tcPr>
            <w:tcW w:type="dxa" w:w="8220"/>
            <w:shd w:val="clear" w:color="auto" w:fill="FFFFFF"/>
          </w:tcPr>
          <w:p>
            <w:pPr>
              <w:spacing w:before="30" w:after="30"/>
              <w:jc w:val="left"/>
            </w:pPr>
            <w:r/>
            <w:r>
              <w:rPr>
                <w:rFonts w:ascii="Calibri" w:hAnsi="Calibri"/>
                <w:b w:val="0"/>
                <w:i w:val="0"/>
                <w:color w:val="1A1A1A"/>
                <w:sz w:val="16"/>
                <w:u w:val="none"/>
              </w:rPr>
            </w:r>
          </w:p>
        </w:tc>
      </w:tr>
      <w:tr>
        <w:tc>
          <w:tcPr>
            <w:tcW w:type="dxa" w:w="1984"/>
            <w:shd w:val="clear" w:color="auto" w:fill="F5F5F5"/>
          </w:tcPr>
          <w:p>
            <w:pPr>
              <w:spacing w:before="30" w:after="30"/>
              <w:jc w:val="left"/>
            </w:pPr>
            <w:r/>
            <w:r>
              <w:rPr>
                <w:rFonts w:ascii="Calibri" w:hAnsi="Calibri"/>
                <w:b/>
                <w:i w:val="0"/>
                <w:color w:val="1A1A1A"/>
                <w:sz w:val="16"/>
                <w:u w:val="none"/>
              </w:rPr>
              <w:t>Email / Phone:</w:t>
            </w:r>
          </w:p>
        </w:tc>
        <w:tc>
          <w:tcPr>
            <w:tcW w:type="dxa" w:w="8220"/>
            <w:shd w:val="clear" w:color="auto" w:fill="FFFFFF"/>
          </w:tcPr>
          <w:p>
            <w:pPr>
              <w:spacing w:before="30" w:after="30"/>
              <w:jc w:val="left"/>
            </w:pPr>
            <w:r/>
            <w:r>
              <w:rPr>
                <w:rFonts w:ascii="Calibri" w:hAnsi="Calibri"/>
                <w:b w:val="0"/>
                <w:i w:val="0"/>
                <w:color w:val="1A1A1A"/>
                <w:sz w:val="16"/>
                <w:u w:val="none"/>
              </w:rPr>
            </w:r>
          </w:p>
        </w:tc>
      </w:tr>
    </w:tbl>
    <w:p/>
    <w:p>
      <w:pPr>
        <w:shd w:val="clear" w:color="auto" w:fill="F5F5F5"/>
        <w:spacing w:after="120"/>
      </w:pPr>
      <w:r>
        <w:rPr>
          <w:rFonts w:ascii="Calibri" w:hAnsi="Calibri"/>
          <w:b/>
          <w:color w:val="C22114"/>
          <w:sz w:val="20"/>
        </w:rPr>
        <w:t xml:space="preserve">  Re: Quotation for [Project / Service Name]</w:t>
      </w:r>
    </w:p>
    <w:p>
      <w:pPr>
        <w:spacing w:after="80"/>
      </w:pPr>
      <w:r>
        <w:rPr>
          <w:rFonts w:ascii="Calibri" w:hAnsi="Calibri"/>
          <w:color w:val="1A1A1A"/>
          <w:sz w:val="18"/>
        </w:rPr>
        <w:t>Dear [Contact Name / Sir / Madam],</w:t>
      </w:r>
    </w:p>
    <w:p>
      <w:pPr>
        <w:spacing w:after="80"/>
      </w:pPr>
      <w:r>
        <w:rPr>
          <w:rFonts w:ascii="Calibri" w:hAnsi="Calibri"/>
          <w:color w:val="1A1A1A"/>
          <w:sz w:val="18"/>
        </w:rPr>
        <w:t>Thank you for the opportunity to provide this quotation. We are pleased to submit our pricing for [briefly describe the project or service] as discussed on [date of meeting / phone call].</w:t>
      </w:r>
    </w:p>
    <w:p>
      <w:pPr>
        <w:spacing w:after="80"/>
      </w:pPr>
      <w:r>
        <w:rPr>
          <w:rFonts w:ascii="Calibri" w:hAnsi="Calibri"/>
          <w:color w:val="1A1A1A"/>
          <w:sz w:val="18"/>
        </w:rPr>
        <w:t>Please find below a summary of our proposed scope and pricing:</w:t>
      </w:r>
    </w:p>
    <w:p/>
    <w:tbl>
      <w:tblPr>
        <w:tblStyle w:val="TableGrid"/>
        <w:tblW w:type="auto" w:w="0"/>
        <w:tblLook w:firstColumn="1" w:firstRow="1" w:lastColumn="0" w:lastRow="0" w:noHBand="0" w:noVBand="1" w:val="04A0"/>
      </w:tblPr>
      <w:tblGrid>
        <w:gridCol w:w="2550"/>
        <w:gridCol w:w="2550"/>
        <w:gridCol w:w="2550"/>
        <w:gridCol w:w="2550"/>
      </w:tblGrid>
      <w:tr>
        <w:tc>
          <w:tcPr>
            <w:tcW w:type="dxa" w:w="454"/>
            <w:shd w:val="clear" w:color="auto" w:fill="C22114"/>
          </w:tcPr>
          <w:p>
            <w:pPr>
              <w:spacing w:before="30" w:after="30"/>
              <w:jc w:val="center"/>
            </w:pPr>
            <w:r/>
            <w:r>
              <w:rPr>
                <w:rFonts w:ascii="Calibri" w:hAnsi="Calibri"/>
                <w:b/>
                <w:i w:val="0"/>
                <w:color w:val="FFFFFF"/>
                <w:sz w:val="16"/>
                <w:u w:val="none"/>
              </w:rPr>
              <w:t>#</w:t>
            </w:r>
          </w:p>
        </w:tc>
        <w:tc>
          <w:tcPr>
            <w:tcW w:type="dxa" w:w="1984"/>
            <w:shd w:val="clear" w:color="auto" w:fill="C22114"/>
          </w:tcPr>
          <w:p>
            <w:pPr>
              <w:spacing w:before="30" w:after="30"/>
              <w:jc w:val="center"/>
            </w:pPr>
            <w:r/>
            <w:r>
              <w:rPr>
                <w:rFonts w:ascii="Calibri" w:hAnsi="Calibri"/>
                <w:b/>
                <w:i w:val="0"/>
                <w:color w:val="FFFFFF"/>
                <w:sz w:val="16"/>
                <w:u w:val="none"/>
              </w:rPr>
              <w:t>Item / Service</w:t>
            </w:r>
          </w:p>
        </w:tc>
        <w:tc>
          <w:tcPr>
            <w:tcW w:type="dxa" w:w="5102"/>
            <w:shd w:val="clear" w:color="auto" w:fill="C22114"/>
          </w:tcPr>
          <w:p>
            <w:pPr>
              <w:spacing w:before="30" w:after="30"/>
              <w:jc w:val="center"/>
            </w:pPr>
            <w:r/>
            <w:r>
              <w:rPr>
                <w:rFonts w:ascii="Calibri" w:hAnsi="Calibri"/>
                <w:b/>
                <w:i w:val="0"/>
                <w:color w:val="FFFFFF"/>
                <w:sz w:val="16"/>
                <w:u w:val="none"/>
              </w:rPr>
              <w:t>Description</w:t>
            </w:r>
          </w:p>
        </w:tc>
        <w:tc>
          <w:tcPr>
            <w:tcW w:type="dxa" w:w="1814"/>
            <w:shd w:val="clear" w:color="auto" w:fill="C22114"/>
          </w:tcPr>
          <w:p>
            <w:pPr>
              <w:spacing w:before="30" w:after="30"/>
              <w:jc w:val="center"/>
            </w:pPr>
            <w:r/>
            <w:r>
              <w:rPr>
                <w:rFonts w:ascii="Calibri" w:hAnsi="Calibri"/>
                <w:b/>
                <w:i w:val="0"/>
                <w:color w:val="FFFFFF"/>
                <w:sz w:val="16"/>
                <w:u w:val="none"/>
              </w:rPr>
              <w:t>Amount (AUD)</w:t>
            </w:r>
          </w:p>
        </w:tc>
      </w:tr>
      <w:tr>
        <w:tc>
          <w:tcPr>
            <w:tcW w:type="dxa" w:w="454"/>
            <w:shd w:val="clear" w:color="auto" w:fill="FFFFFF"/>
          </w:tcPr>
          <w:p>
            <w:pPr>
              <w:spacing w:before="30" w:after="30"/>
              <w:jc w:val="left"/>
            </w:pPr>
            <w:r/>
            <w:r>
              <w:rPr>
                <w:rFonts w:ascii="Calibri" w:hAnsi="Calibri"/>
                <w:b w:val="0"/>
                <w:i w:val="0"/>
                <w:color w:val="1A1A1A"/>
                <w:sz w:val="16"/>
                <w:u w:val="none"/>
              </w:rPr>
            </w:r>
          </w:p>
        </w:tc>
        <w:tc>
          <w:tcPr>
            <w:tcW w:type="dxa" w:w="1984"/>
            <w:shd w:val="clear" w:color="auto" w:fill="FFFFFF"/>
          </w:tcPr>
          <w:p>
            <w:pPr>
              <w:spacing w:before="30" w:after="30"/>
              <w:jc w:val="left"/>
            </w:pPr>
            <w:r/>
            <w:r>
              <w:rPr>
                <w:rFonts w:ascii="Calibri" w:hAnsi="Calibri"/>
                <w:b w:val="0"/>
                <w:i w:val="0"/>
                <w:color w:val="1A1A1A"/>
                <w:sz w:val="16"/>
                <w:u w:val="none"/>
              </w:rPr>
            </w:r>
          </w:p>
        </w:tc>
        <w:tc>
          <w:tcPr>
            <w:tcW w:type="dxa" w:w="5102"/>
            <w:shd w:val="clear" w:color="auto" w:fill="FFFFFF"/>
          </w:tcPr>
          <w:p>
            <w:pPr>
              <w:spacing w:before="30" w:after="30"/>
              <w:jc w:val="left"/>
            </w:pPr>
            <w:r/>
            <w:r>
              <w:rPr>
                <w:rFonts w:ascii="Calibri" w:hAnsi="Calibri"/>
                <w:b w:val="0"/>
                <w:i w:val="0"/>
                <w:color w:val="1A1A1A"/>
                <w:sz w:val="16"/>
                <w:u w:val="none"/>
              </w:rPr>
            </w:r>
          </w:p>
        </w:tc>
        <w:tc>
          <w:tcPr>
            <w:tcW w:type="dxa" w:w="1814"/>
            <w:shd w:val="clear" w:color="auto" w:fill="FFFFFF"/>
          </w:tcPr>
          <w:p>
            <w:pPr>
              <w:spacing w:before="30" w:after="30"/>
              <w:jc w:val="left"/>
            </w:pPr>
            <w:r/>
            <w:r>
              <w:rPr>
                <w:rFonts w:ascii="Calibri" w:hAnsi="Calibri"/>
                <w:b w:val="0"/>
                <w:i w:val="0"/>
                <w:color w:val="1A1A1A"/>
                <w:sz w:val="16"/>
                <w:u w:val="none"/>
              </w:rPr>
            </w:r>
          </w:p>
        </w:tc>
      </w:tr>
      <w:tr>
        <w:tc>
          <w:tcPr>
            <w:tcW w:type="dxa" w:w="454"/>
            <w:shd w:val="clear" w:color="auto" w:fill="FDECEA"/>
          </w:tcPr>
          <w:p>
            <w:pPr>
              <w:spacing w:before="30" w:after="30"/>
              <w:jc w:val="left"/>
            </w:pPr>
            <w:r/>
            <w:r>
              <w:rPr>
                <w:rFonts w:ascii="Calibri" w:hAnsi="Calibri"/>
                <w:b w:val="0"/>
                <w:i w:val="0"/>
                <w:color w:val="1A1A1A"/>
                <w:sz w:val="16"/>
                <w:u w:val="none"/>
              </w:rPr>
            </w:r>
          </w:p>
        </w:tc>
        <w:tc>
          <w:tcPr>
            <w:tcW w:type="dxa" w:w="1984"/>
            <w:shd w:val="clear" w:color="auto" w:fill="FDECEA"/>
          </w:tcPr>
          <w:p>
            <w:pPr>
              <w:spacing w:before="30" w:after="30"/>
              <w:jc w:val="left"/>
            </w:pPr>
            <w:r/>
            <w:r>
              <w:rPr>
                <w:rFonts w:ascii="Calibri" w:hAnsi="Calibri"/>
                <w:b w:val="0"/>
                <w:i w:val="0"/>
                <w:color w:val="1A1A1A"/>
                <w:sz w:val="16"/>
                <w:u w:val="none"/>
              </w:rPr>
            </w:r>
          </w:p>
        </w:tc>
        <w:tc>
          <w:tcPr>
            <w:tcW w:type="dxa" w:w="5102"/>
            <w:shd w:val="clear" w:color="auto" w:fill="FDECEA"/>
          </w:tcPr>
          <w:p>
            <w:pPr>
              <w:spacing w:before="30" w:after="30"/>
              <w:jc w:val="left"/>
            </w:pPr>
            <w:r/>
            <w:r>
              <w:rPr>
                <w:rFonts w:ascii="Calibri" w:hAnsi="Calibri"/>
                <w:b w:val="0"/>
                <w:i w:val="0"/>
                <w:color w:val="1A1A1A"/>
                <w:sz w:val="16"/>
                <w:u w:val="none"/>
              </w:rPr>
            </w:r>
          </w:p>
        </w:tc>
        <w:tc>
          <w:tcPr>
            <w:tcW w:type="dxa" w:w="1814"/>
            <w:shd w:val="clear" w:color="auto" w:fill="FDECEA"/>
          </w:tcPr>
          <w:p>
            <w:pPr>
              <w:spacing w:before="30" w:after="30"/>
              <w:jc w:val="left"/>
            </w:pPr>
            <w:r/>
            <w:r>
              <w:rPr>
                <w:rFonts w:ascii="Calibri" w:hAnsi="Calibri"/>
                <w:b w:val="0"/>
                <w:i w:val="0"/>
                <w:color w:val="1A1A1A"/>
                <w:sz w:val="16"/>
                <w:u w:val="none"/>
              </w:rPr>
            </w:r>
          </w:p>
        </w:tc>
      </w:tr>
      <w:tr>
        <w:tc>
          <w:tcPr>
            <w:tcW w:type="dxa" w:w="454"/>
            <w:shd w:val="clear" w:color="auto" w:fill="FFFFFF"/>
          </w:tcPr>
          <w:p>
            <w:pPr>
              <w:spacing w:before="30" w:after="30"/>
              <w:jc w:val="left"/>
            </w:pPr>
            <w:r/>
            <w:r>
              <w:rPr>
                <w:rFonts w:ascii="Calibri" w:hAnsi="Calibri"/>
                <w:b w:val="0"/>
                <w:i w:val="0"/>
                <w:color w:val="1A1A1A"/>
                <w:sz w:val="16"/>
                <w:u w:val="none"/>
              </w:rPr>
            </w:r>
          </w:p>
        </w:tc>
        <w:tc>
          <w:tcPr>
            <w:tcW w:type="dxa" w:w="1984"/>
            <w:shd w:val="clear" w:color="auto" w:fill="FFFFFF"/>
          </w:tcPr>
          <w:p>
            <w:pPr>
              <w:spacing w:before="30" w:after="30"/>
              <w:jc w:val="left"/>
            </w:pPr>
            <w:r/>
            <w:r>
              <w:rPr>
                <w:rFonts w:ascii="Calibri" w:hAnsi="Calibri"/>
                <w:b w:val="0"/>
                <w:i w:val="0"/>
                <w:color w:val="1A1A1A"/>
                <w:sz w:val="16"/>
                <w:u w:val="none"/>
              </w:rPr>
            </w:r>
          </w:p>
        </w:tc>
        <w:tc>
          <w:tcPr>
            <w:tcW w:type="dxa" w:w="5102"/>
            <w:shd w:val="clear" w:color="auto" w:fill="FFFFFF"/>
          </w:tcPr>
          <w:p>
            <w:pPr>
              <w:spacing w:before="30" w:after="30"/>
              <w:jc w:val="left"/>
            </w:pPr>
            <w:r/>
            <w:r>
              <w:rPr>
                <w:rFonts w:ascii="Calibri" w:hAnsi="Calibri"/>
                <w:b w:val="0"/>
                <w:i w:val="0"/>
                <w:color w:val="1A1A1A"/>
                <w:sz w:val="16"/>
                <w:u w:val="none"/>
              </w:rPr>
            </w:r>
          </w:p>
        </w:tc>
        <w:tc>
          <w:tcPr>
            <w:tcW w:type="dxa" w:w="1814"/>
            <w:shd w:val="clear" w:color="auto" w:fill="FFFFFF"/>
          </w:tcPr>
          <w:p>
            <w:pPr>
              <w:spacing w:before="30" w:after="30"/>
              <w:jc w:val="left"/>
            </w:pPr>
            <w:r/>
            <w:r>
              <w:rPr>
                <w:rFonts w:ascii="Calibri" w:hAnsi="Calibri"/>
                <w:b w:val="0"/>
                <w:i w:val="0"/>
                <w:color w:val="1A1A1A"/>
                <w:sz w:val="16"/>
                <w:u w:val="none"/>
              </w:rPr>
            </w:r>
          </w:p>
        </w:tc>
      </w:tr>
      <w:tr>
        <w:tc>
          <w:tcPr>
            <w:tcW w:type="dxa" w:w="454"/>
            <w:shd w:val="clear" w:color="auto" w:fill="FDECEA"/>
          </w:tcPr>
          <w:p>
            <w:pPr>
              <w:spacing w:before="30" w:after="30"/>
              <w:jc w:val="left"/>
            </w:pPr>
            <w:r/>
            <w:r>
              <w:rPr>
                <w:rFonts w:ascii="Calibri" w:hAnsi="Calibri"/>
                <w:b w:val="0"/>
                <w:i w:val="0"/>
                <w:color w:val="1A1A1A"/>
                <w:sz w:val="16"/>
                <w:u w:val="none"/>
              </w:rPr>
            </w:r>
          </w:p>
        </w:tc>
        <w:tc>
          <w:tcPr>
            <w:tcW w:type="dxa" w:w="1984"/>
            <w:shd w:val="clear" w:color="auto" w:fill="FDECEA"/>
          </w:tcPr>
          <w:p>
            <w:pPr>
              <w:spacing w:before="30" w:after="30"/>
              <w:jc w:val="left"/>
            </w:pPr>
            <w:r/>
            <w:r>
              <w:rPr>
                <w:rFonts w:ascii="Calibri" w:hAnsi="Calibri"/>
                <w:b w:val="0"/>
                <w:i w:val="0"/>
                <w:color w:val="1A1A1A"/>
                <w:sz w:val="16"/>
                <w:u w:val="none"/>
              </w:rPr>
            </w:r>
          </w:p>
        </w:tc>
        <w:tc>
          <w:tcPr>
            <w:tcW w:type="dxa" w:w="5102"/>
            <w:shd w:val="clear" w:color="auto" w:fill="FDECEA"/>
          </w:tcPr>
          <w:p>
            <w:pPr>
              <w:spacing w:before="30" w:after="30"/>
              <w:jc w:val="left"/>
            </w:pPr>
            <w:r/>
            <w:r>
              <w:rPr>
                <w:rFonts w:ascii="Calibri" w:hAnsi="Calibri"/>
                <w:b w:val="0"/>
                <w:i w:val="0"/>
                <w:color w:val="1A1A1A"/>
                <w:sz w:val="16"/>
                <w:u w:val="none"/>
              </w:rPr>
            </w:r>
          </w:p>
        </w:tc>
        <w:tc>
          <w:tcPr>
            <w:tcW w:type="dxa" w:w="1814"/>
            <w:shd w:val="clear" w:color="auto" w:fill="FDECEA"/>
          </w:tcPr>
          <w:p>
            <w:pPr>
              <w:spacing w:before="30" w:after="30"/>
              <w:jc w:val="left"/>
            </w:pPr>
            <w:r/>
            <w:r>
              <w:rPr>
                <w:rFonts w:ascii="Calibri" w:hAnsi="Calibri"/>
                <w:b w:val="0"/>
                <w:i w:val="0"/>
                <w:color w:val="1A1A1A"/>
                <w:sz w:val="16"/>
                <w:u w:val="none"/>
              </w:rPr>
            </w:r>
          </w:p>
        </w:tc>
      </w:tr>
      <w:tr>
        <w:tc>
          <w:tcPr>
            <w:tcW w:type="dxa" w:w="454"/>
            <w:shd w:val="clear" w:color="auto" w:fill="FFFFFF"/>
          </w:tcPr>
          <w:p>
            <w:pPr>
              <w:spacing w:before="30" w:after="30"/>
              <w:jc w:val="left"/>
            </w:pPr>
            <w:r/>
            <w:r>
              <w:rPr>
                <w:rFonts w:ascii="Calibri" w:hAnsi="Calibri"/>
                <w:b w:val="0"/>
                <w:i w:val="0"/>
                <w:color w:val="1A1A1A"/>
                <w:sz w:val="16"/>
                <w:u w:val="none"/>
              </w:rPr>
            </w:r>
          </w:p>
        </w:tc>
        <w:tc>
          <w:tcPr>
            <w:tcW w:type="dxa" w:w="1984"/>
            <w:shd w:val="clear" w:color="auto" w:fill="FFFFFF"/>
          </w:tcPr>
          <w:p>
            <w:pPr>
              <w:spacing w:before="30" w:after="30"/>
              <w:jc w:val="left"/>
            </w:pPr>
            <w:r/>
            <w:r>
              <w:rPr>
                <w:rFonts w:ascii="Calibri" w:hAnsi="Calibri"/>
                <w:b w:val="0"/>
                <w:i w:val="0"/>
                <w:color w:val="1A1A1A"/>
                <w:sz w:val="16"/>
                <w:u w:val="none"/>
              </w:rPr>
            </w:r>
          </w:p>
        </w:tc>
        <w:tc>
          <w:tcPr>
            <w:tcW w:type="dxa" w:w="5102"/>
            <w:shd w:val="clear" w:color="auto" w:fill="FFFFFF"/>
          </w:tcPr>
          <w:p>
            <w:pPr>
              <w:spacing w:before="30" w:after="30"/>
              <w:jc w:val="left"/>
            </w:pPr>
            <w:r/>
            <w:r>
              <w:rPr>
                <w:rFonts w:ascii="Calibri" w:hAnsi="Calibri"/>
                <w:b w:val="0"/>
                <w:i w:val="0"/>
                <w:color w:val="1A1A1A"/>
                <w:sz w:val="16"/>
                <w:u w:val="none"/>
              </w:rPr>
            </w:r>
          </w:p>
        </w:tc>
        <w:tc>
          <w:tcPr>
            <w:tcW w:type="dxa" w:w="1814"/>
            <w:shd w:val="clear" w:color="auto" w:fill="FFFFFF"/>
          </w:tcPr>
          <w:p>
            <w:pPr>
              <w:spacing w:before="30" w:after="30"/>
              <w:jc w:val="left"/>
            </w:pPr>
            <w:r/>
            <w:r>
              <w:rPr>
                <w:rFonts w:ascii="Calibri" w:hAnsi="Calibri"/>
                <w:b w:val="0"/>
                <w:i w:val="0"/>
                <w:color w:val="1A1A1A"/>
                <w:sz w:val="16"/>
                <w:u w:val="none"/>
              </w:rPr>
            </w:r>
          </w:p>
        </w:tc>
      </w:tr>
      <w:tr>
        <w:tc>
          <w:tcPr>
            <w:tcW w:type="dxa" w:w="454"/>
            <w:shd w:val="clear" w:color="auto" w:fill="FDECEA"/>
          </w:tcPr>
          <w:p>
            <w:pPr>
              <w:spacing w:before="30" w:after="30"/>
              <w:jc w:val="left"/>
            </w:pPr>
            <w:r/>
            <w:r>
              <w:rPr>
                <w:rFonts w:ascii="Calibri" w:hAnsi="Calibri"/>
                <w:b w:val="0"/>
                <w:i w:val="0"/>
                <w:color w:val="1A1A1A"/>
                <w:sz w:val="16"/>
                <w:u w:val="none"/>
              </w:rPr>
            </w:r>
          </w:p>
        </w:tc>
        <w:tc>
          <w:tcPr>
            <w:tcW w:type="dxa" w:w="1984"/>
            <w:shd w:val="clear" w:color="auto" w:fill="FDECEA"/>
          </w:tcPr>
          <w:p>
            <w:pPr>
              <w:spacing w:before="30" w:after="30"/>
              <w:jc w:val="left"/>
            </w:pPr>
            <w:r/>
            <w:r>
              <w:rPr>
                <w:rFonts w:ascii="Calibri" w:hAnsi="Calibri"/>
                <w:b w:val="0"/>
                <w:i w:val="0"/>
                <w:color w:val="1A1A1A"/>
                <w:sz w:val="16"/>
                <w:u w:val="none"/>
              </w:rPr>
            </w:r>
          </w:p>
        </w:tc>
        <w:tc>
          <w:tcPr>
            <w:tcW w:type="dxa" w:w="5102"/>
            <w:shd w:val="clear" w:color="auto" w:fill="FDECEA"/>
          </w:tcPr>
          <w:p>
            <w:pPr>
              <w:spacing w:before="30" w:after="30"/>
              <w:jc w:val="left"/>
            </w:pPr>
            <w:r/>
            <w:r>
              <w:rPr>
                <w:rFonts w:ascii="Calibri" w:hAnsi="Calibri"/>
                <w:b w:val="0"/>
                <w:i w:val="0"/>
                <w:color w:val="1A1A1A"/>
                <w:sz w:val="16"/>
                <w:u w:val="none"/>
              </w:rPr>
            </w:r>
          </w:p>
        </w:tc>
        <w:tc>
          <w:tcPr>
            <w:tcW w:type="dxa" w:w="1814"/>
            <w:shd w:val="clear" w:color="auto" w:fill="FDECEA"/>
          </w:tcPr>
          <w:p>
            <w:pPr>
              <w:spacing w:before="30" w:after="30"/>
              <w:jc w:val="left"/>
            </w:pPr>
            <w:r/>
            <w:r>
              <w:rPr>
                <w:rFonts w:ascii="Calibri" w:hAnsi="Calibri"/>
                <w:b w:val="0"/>
                <w:i w:val="0"/>
                <w:color w:val="1A1A1A"/>
                <w:sz w:val="16"/>
                <w:u w:val="none"/>
              </w:rPr>
            </w:r>
          </w:p>
        </w:tc>
      </w:tr>
    </w:tbl>
    <w:p/>
    <w:tbl>
      <w:tblPr>
        <w:tblStyle w:val="TableGrid"/>
        <w:tblW w:type="auto" w:w="0"/>
        <w:tblLook w:firstColumn="1" w:firstRow="1" w:lastColumn="0" w:lastRow="0" w:noHBand="0" w:noVBand="1" w:val="04A0"/>
      </w:tblPr>
      <w:tblGrid>
        <w:gridCol w:w="3400"/>
        <w:gridCol w:w="3400"/>
        <w:gridCol w:w="3400"/>
      </w:tblGrid>
      <w:tr>
        <w:tc>
          <w:tcPr>
            <w:tcW w:type="dxa" w:w="5386"/>
            <w:shd w:val="clear" w:color="auto" w:fill="FFFFFF"/>
          </w:tcPr>
          <w:p>
            <w:pPr>
              <w:spacing w:before="30" w:after="30"/>
              <w:jc w:val="left"/>
            </w:pPr>
            <w:r/>
            <w:r>
              <w:rPr>
                <w:rFonts w:ascii="Calibri" w:hAnsi="Calibri"/>
                <w:b w:val="0"/>
                <w:i w:val="0"/>
                <w:color w:val="1A1A1A"/>
                <w:sz w:val="18"/>
                <w:u w:val="none"/>
              </w:rPr>
            </w:r>
          </w:p>
        </w:tc>
        <w:tc>
          <w:tcPr>
            <w:tcW w:type="dxa" w:w="3118"/>
            <w:shd w:val="clear" w:color="auto" w:fill="F5F5F5"/>
          </w:tcPr>
          <w:p>
            <w:pPr>
              <w:spacing w:before="30" w:after="30"/>
              <w:jc w:val="right"/>
            </w:pPr>
            <w:r/>
            <w:r>
              <w:rPr>
                <w:rFonts w:ascii="Calibri" w:hAnsi="Calibri"/>
                <w:b w:val="0"/>
                <w:i w:val="0"/>
                <w:color w:val="1A1A1A"/>
                <w:sz w:val="16"/>
                <w:u w:val="none"/>
              </w:rPr>
              <w:t>Subtotal</w:t>
            </w:r>
          </w:p>
        </w:tc>
        <w:tc>
          <w:tcPr>
            <w:tcW w:type="dxa" w:w="1701"/>
            <w:shd w:val="clear" w:color="auto" w:fill="FFFFFF"/>
          </w:tcPr>
          <w:p>
            <w:pPr>
              <w:spacing w:before="30" w:after="30"/>
              <w:jc w:val="right"/>
            </w:pPr>
            <w:r/>
            <w:r>
              <w:rPr>
                <w:rFonts w:ascii="Calibri" w:hAnsi="Calibri"/>
                <w:b w:val="0"/>
                <w:i w:val="0"/>
                <w:color w:val="1A1A1A"/>
                <w:sz w:val="16"/>
                <w:u w:val="none"/>
              </w:rPr>
            </w:r>
          </w:p>
        </w:tc>
      </w:tr>
      <w:tr>
        <w:tc>
          <w:tcPr>
            <w:tcW w:type="dxa" w:w="5386"/>
            <w:shd w:val="clear" w:color="auto" w:fill="FFFFFF"/>
          </w:tcPr>
          <w:p>
            <w:pPr>
              <w:spacing w:before="30" w:after="30"/>
              <w:jc w:val="left"/>
            </w:pPr>
            <w:r/>
            <w:r>
              <w:rPr>
                <w:rFonts w:ascii="Calibri" w:hAnsi="Calibri"/>
                <w:b w:val="0"/>
                <w:i w:val="0"/>
                <w:color w:val="1A1A1A"/>
                <w:sz w:val="18"/>
                <w:u w:val="none"/>
              </w:rPr>
            </w:r>
          </w:p>
        </w:tc>
        <w:tc>
          <w:tcPr>
            <w:tcW w:type="dxa" w:w="3118"/>
            <w:shd w:val="clear" w:color="auto" w:fill="F5F5F5"/>
          </w:tcPr>
          <w:p>
            <w:pPr>
              <w:spacing w:before="30" w:after="30"/>
              <w:jc w:val="right"/>
            </w:pPr>
            <w:r/>
            <w:r>
              <w:rPr>
                <w:rFonts w:ascii="Calibri" w:hAnsi="Calibri"/>
                <w:b w:val="0"/>
                <w:i w:val="0"/>
                <w:color w:val="1A1A1A"/>
                <w:sz w:val="16"/>
                <w:u w:val="none"/>
              </w:rPr>
              <w:t>GST (10%)</w:t>
            </w:r>
          </w:p>
        </w:tc>
        <w:tc>
          <w:tcPr>
            <w:tcW w:type="dxa" w:w="1701"/>
            <w:shd w:val="clear" w:color="auto" w:fill="FFFFFF"/>
          </w:tcPr>
          <w:p>
            <w:pPr>
              <w:spacing w:before="30" w:after="30"/>
              <w:jc w:val="right"/>
            </w:pPr>
            <w:r/>
            <w:r>
              <w:rPr>
                <w:rFonts w:ascii="Calibri" w:hAnsi="Calibri"/>
                <w:b w:val="0"/>
                <w:i w:val="0"/>
                <w:color w:val="1A1A1A"/>
                <w:sz w:val="16"/>
                <w:u w:val="none"/>
              </w:rPr>
            </w:r>
          </w:p>
        </w:tc>
      </w:tr>
      <w:tr>
        <w:tc>
          <w:tcPr>
            <w:tcW w:type="dxa" w:w="5386"/>
            <w:shd w:val="clear" w:color="auto" w:fill="FFFFFF"/>
          </w:tcPr>
          <w:p>
            <w:pPr>
              <w:spacing w:before="30" w:after="30"/>
              <w:jc w:val="left"/>
            </w:pPr>
            <w:r/>
            <w:r>
              <w:rPr>
                <w:rFonts w:ascii="Calibri" w:hAnsi="Calibri"/>
                <w:b w:val="0"/>
                <w:i w:val="0"/>
                <w:color w:val="1A1A1A"/>
                <w:sz w:val="18"/>
                <w:u w:val="none"/>
              </w:rPr>
            </w:r>
          </w:p>
        </w:tc>
        <w:tc>
          <w:tcPr>
            <w:tcW w:type="dxa" w:w="3118"/>
            <w:shd w:val="clear" w:color="auto" w:fill="C22114"/>
          </w:tcPr>
          <w:p>
            <w:pPr>
              <w:spacing w:before="30" w:after="30"/>
              <w:jc w:val="right"/>
            </w:pPr>
            <w:r/>
            <w:r>
              <w:rPr>
                <w:rFonts w:ascii="Calibri" w:hAnsi="Calibri"/>
                <w:b/>
                <w:i w:val="0"/>
                <w:color w:val="FFFFFF"/>
                <w:sz w:val="18"/>
                <w:u w:val="none"/>
              </w:rPr>
              <w:t>TOTAL</w:t>
            </w:r>
          </w:p>
        </w:tc>
        <w:tc>
          <w:tcPr>
            <w:tcW w:type="dxa" w:w="1701"/>
            <w:shd w:val="clear" w:color="auto" w:fill="8B1610"/>
          </w:tcPr>
          <w:p>
            <w:pPr>
              <w:spacing w:before="30" w:after="30"/>
              <w:jc w:val="right"/>
            </w:pPr>
            <w:r/>
            <w:r>
              <w:rPr>
                <w:rFonts w:ascii="Calibri" w:hAnsi="Calibri"/>
                <w:b/>
                <w:i w:val="0"/>
                <w:color w:val="FFFFFF"/>
                <w:sz w:val="18"/>
                <w:u w:val="none"/>
              </w:rPr>
            </w:r>
          </w:p>
        </w:tc>
      </w:tr>
    </w:tbl>
    <w:p/>
    <w:p>
      <w:pPr>
        <w:spacing w:after="80"/>
      </w:pPr>
      <w:r>
        <w:rPr>
          <w:rFonts w:ascii="Calibri" w:hAnsi="Calibri"/>
          <w:sz w:val="18"/>
        </w:rPr>
        <w:t>This quotation is valid for 30 days. Acceptance of this quotation constitutes agreement to the above pricing. All prices are in AUD and inclusive of GST unless stated. Payment terms as discussed. Delivery/commencement on confirmed purchase order receipt.</w:t>
      </w:r>
    </w:p>
    <w:p>
      <w:pPr>
        <w:spacing w:after="80"/>
      </w:pPr>
      <w:r>
        <w:rPr>
          <w:rFonts w:ascii="Calibri" w:hAnsi="Calibri"/>
          <w:sz w:val="18"/>
        </w:rPr>
        <w:t>We trust this quotation meets your requirements. Should you have any questions, please do not hesitate to contact us.</w:t>
      </w:r>
    </w:p>
    <w:p>
      <w:pPr>
        <w:spacing w:after="80"/>
      </w:pPr>
      <w:r>
        <w:rPr>
          <w:rFonts w:ascii="Calibri" w:hAnsi="Calibri"/>
          <w:sz w:val="18"/>
        </w:rPr>
        <w:t>We look forward to the opportunity to work with you.</w:t>
      </w:r>
    </w:p>
    <w:p>
      <w:pPr>
        <w:spacing w:after="80"/>
      </w:pPr>
      <w:r>
        <w:rPr>
          <w:rFonts w:ascii="Calibri" w:hAnsi="Calibri"/>
          <w:sz w:val="18"/>
        </w:rPr>
        <w:t>Yours sincerely,</w:t>
      </w:r>
    </w:p>
    <w:tbl>
      <w:tblPr>
        <w:tblStyle w:val="TableGrid"/>
        <w:tblW w:type="auto" w:w="0"/>
        <w:tblLook w:firstColumn="1" w:firstRow="1" w:lastColumn="0" w:lastRow="0" w:noHBand="0" w:noVBand="1" w:val="04A0"/>
      </w:tblPr>
      <w:tblGrid>
        <w:gridCol w:w="5100"/>
        <w:gridCol w:w="5100"/>
      </w:tblGrid>
      <w:tr>
        <w:tc>
          <w:tcPr>
            <w:tcW w:type="dxa" w:w="5102"/>
            <w:shd w:val="clear" w:color="auto" w:fill="F5F5F5"/>
          </w:tcPr>
          <w:p>
            <w:pPr>
              <w:spacing w:before="30" w:after="30"/>
              <w:jc w:val="left"/>
            </w:pPr>
            <w:r/>
            <w:r>
              <w:rPr>
                <w:rFonts w:ascii="Calibri" w:hAnsi="Calibri"/>
                <w:b/>
                <w:i w:val="0"/>
                <w:color w:val="1A1A1A"/>
                <w:sz w:val="16"/>
                <w:u w:val="none"/>
              </w:rPr>
              <w:t>Name:</w:t>
            </w:r>
          </w:p>
        </w:tc>
        <w:tc>
          <w:tcPr>
            <w:tcW w:type="dxa" w:w="5102"/>
            <w:shd w:val="clear" w:color="auto" w:fill="F5F5F5"/>
          </w:tcPr>
          <w:p>
            <w:pPr>
              <w:spacing w:before="30" w:after="30"/>
              <w:jc w:val="left"/>
            </w:pPr>
            <w:r/>
            <w:r>
              <w:rPr>
                <w:rFonts w:ascii="Calibri" w:hAnsi="Calibri"/>
                <w:b/>
                <w:i w:val="0"/>
                <w:color w:val="1A1A1A"/>
                <w:sz w:val="16"/>
                <w:u w:val="none"/>
              </w:rPr>
              <w:t>Name:</w:t>
            </w:r>
          </w:p>
        </w:tc>
      </w:tr>
      <w:tr>
        <w:tc>
          <w:tcPr>
            <w:tcW w:type="dxa" w:w="5102"/>
            <w:shd w:val="clear" w:color="auto" w:fill="FFFFFF"/>
          </w:tcPr>
          <w:p>
            <w:pPr>
              <w:spacing w:before="30" w:after="30"/>
              <w:jc w:val="left"/>
            </w:pPr>
            <w:r/>
            <w:r>
              <w:rPr>
                <w:rFonts w:ascii="Calibri" w:hAnsi="Calibri"/>
                <w:b/>
                <w:i w:val="0"/>
                <w:color w:val="1A1A1A"/>
                <w:sz w:val="16"/>
                <w:u w:val="none"/>
              </w:rPr>
              <w:t>Title:</w:t>
            </w:r>
          </w:p>
        </w:tc>
        <w:tc>
          <w:tcPr>
            <w:tcW w:type="dxa" w:w="5102"/>
            <w:shd w:val="clear" w:color="auto" w:fill="FFFFFF"/>
          </w:tcPr>
          <w:p>
            <w:pPr>
              <w:spacing w:before="30" w:after="30"/>
              <w:jc w:val="left"/>
            </w:pPr>
            <w:r/>
            <w:r>
              <w:rPr>
                <w:rFonts w:ascii="Calibri" w:hAnsi="Calibri"/>
                <w:b/>
                <w:i w:val="0"/>
                <w:color w:val="1A1A1A"/>
                <w:sz w:val="16"/>
                <w:u w:val="none"/>
              </w:rPr>
              <w:t>Title:</w:t>
            </w:r>
          </w:p>
        </w:tc>
      </w:tr>
      <w:tr>
        <w:tc>
          <w:tcPr>
            <w:tcW w:type="dxa" w:w="5102"/>
            <w:shd w:val="clear" w:color="auto" w:fill="FFFFFF"/>
          </w:tcPr>
          <w:p>
            <w:pPr>
              <w:spacing w:before="30" w:after="30"/>
              <w:jc w:val="left"/>
            </w:pPr>
            <w:r/>
            <w:r>
              <w:rPr>
                <w:rFonts w:ascii="Calibri" w:hAnsi="Calibri"/>
                <w:b/>
                <w:i w:val="0"/>
                <w:color w:val="1A1A1A"/>
                <w:sz w:val="16"/>
                <w:u w:val="none"/>
              </w:rPr>
              <w:t>Company:</w:t>
            </w:r>
          </w:p>
        </w:tc>
        <w:tc>
          <w:tcPr>
            <w:tcW w:type="dxa" w:w="5102"/>
            <w:shd w:val="clear" w:color="auto" w:fill="FFFFFF"/>
          </w:tcPr>
          <w:p>
            <w:pPr>
              <w:spacing w:before="30" w:after="30"/>
              <w:jc w:val="left"/>
            </w:pPr>
            <w:r/>
            <w:r>
              <w:rPr>
                <w:rFonts w:ascii="Calibri" w:hAnsi="Calibri"/>
                <w:b/>
                <w:i w:val="0"/>
                <w:color w:val="1A1A1A"/>
                <w:sz w:val="16"/>
                <w:u w:val="none"/>
              </w:rPr>
              <w:t>Company:</w:t>
            </w:r>
          </w:p>
        </w:tc>
      </w:tr>
      <w:tr>
        <w:tc>
          <w:tcPr>
            <w:tcW w:type="dxa" w:w="5102"/>
            <w:shd w:val="clear" w:color="auto" w:fill="FFFFFF"/>
          </w:tcPr>
          <w:p>
            <w:pPr>
              <w:spacing w:before="30" w:after="30"/>
              <w:jc w:val="left"/>
            </w:pPr>
            <w:r/>
            <w:r>
              <w:rPr>
                <w:rFonts w:ascii="Calibri" w:hAnsi="Calibri"/>
                <w:b/>
                <w:i w:val="0"/>
                <w:color w:val="1A1A1A"/>
                <w:sz w:val="16"/>
                <w:u w:val="none"/>
              </w:rPr>
              <w:t>Date:</w:t>
            </w:r>
          </w:p>
        </w:tc>
        <w:tc>
          <w:tcPr>
            <w:tcW w:type="dxa" w:w="5102"/>
            <w:shd w:val="clear" w:color="auto" w:fill="FFFFFF"/>
          </w:tcPr>
          <w:p>
            <w:pPr>
              <w:spacing w:before="30" w:after="30"/>
              <w:jc w:val="left"/>
            </w:pPr>
            <w:r/>
            <w:r>
              <w:rPr>
                <w:rFonts w:ascii="Calibri" w:hAnsi="Calibri"/>
                <w:b/>
                <w:i w:val="0"/>
                <w:color w:val="1A1A1A"/>
                <w:sz w:val="16"/>
                <w:u w:val="none"/>
              </w:rPr>
              <w:t>Date:</w:t>
            </w:r>
          </w:p>
        </w:tc>
      </w:tr>
      <w:tr>
        <w:tc>
          <w:tcPr>
            <w:tcW w:type="dxa" w:w="5102"/>
            <w:shd w:val="clear" w:color="auto" w:fill="FFFFFF"/>
          </w:tcPr>
          <w:p>
            <w:pPr>
              <w:spacing w:before="30" w:after="30"/>
              <w:jc w:val="left"/>
            </w:pPr>
            <w:r/>
            <w:r>
              <w:rPr>
                <w:rFonts w:ascii="Calibri" w:hAnsi="Calibri"/>
                <w:b/>
                <w:i w:val="0"/>
                <w:color w:val="1A1A1A"/>
                <w:sz w:val="16"/>
                <w:u w:val="none"/>
              </w:rPr>
              <w:t>Signature:</w:t>
            </w:r>
          </w:p>
        </w:tc>
        <w:tc>
          <w:tcPr>
            <w:tcW w:type="dxa" w:w="5102"/>
            <w:shd w:val="clear" w:color="auto" w:fill="FFFFFF"/>
          </w:tcPr>
          <w:p>
            <w:pPr>
              <w:spacing w:before="30" w:after="30"/>
              <w:jc w:val="left"/>
            </w:pPr>
            <w:r/>
            <w:r>
              <w:rPr>
                <w:rFonts w:ascii="Calibri" w:hAnsi="Calibri"/>
                <w:b/>
                <w:i w:val="0"/>
                <w:color w:val="1A1A1A"/>
                <w:sz w:val="16"/>
                <w:u w:val="none"/>
              </w:rPr>
              <w:t>Signature:</w:t>
            </w:r>
          </w:p>
        </w:tc>
      </w:tr>
    </w:tbl>
    <w:p>
      <w:pPr>
        <w:shd w:val="clear" w:color="auto" w:fill="C22114"/>
        <w:spacing w:before="120"/>
      </w:pPr>
      <w:r>
        <w:rPr>
          <w:rFonts w:ascii="Calibri" w:hAnsi="Calibri"/>
          <w:color w:val="FFFFFF"/>
          <w:sz w:val="14"/>
        </w:rPr>
        <w:t xml:space="preserve">  Generated with HashMicro  |  Free Business Template  |  hashmicro.com/au</w:t>
      </w:r>
    </w:p>
    <w:sectPr w:rsidR="00FC693F" w:rsidRPr="0006063C" w:rsidSect="00034616">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