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527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360-Degree Feedback Template</w:t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8"/>
              </w:rPr>
              <w:t>HashMicro HR | Multi-Source Feedback &amp; Development Summary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Employee &amp; Review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[Full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Position Title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[Job title]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Department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[Department]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Period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 to 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Coordinator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All peer and direct-report feedback is anonymised. Minimum 3 respondents per category recommended.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Manager Feedback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Competency / Question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Rating (1-5)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Written Comment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[Communication &amp; clarity]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[Collaboration &amp; teamwork]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[Problem-solving &amp; initiative]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[Leadership / support]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Peer Feedback (Anonymised)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Competency / Question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Rating (1-5)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Written Comment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[Communication &amp; clarity]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[Collaboration &amp; teamwork]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[Problem-solving &amp; initiative]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[Leadership / support]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Direct Report Feedback (Anonymised)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Competency / Question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Rating (1-5)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Written Comment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[Communication &amp; clarity]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[Collaboration &amp; teamwork]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[Problem-solving &amp; initiative]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[Leadership / support]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External Stakeholder Feedback (if applicable)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Competency / Question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Rating (1-5)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Written Comment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[Communication &amp; clarity]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[Collaboration &amp; teamwork]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[Problem-solving &amp; initiative]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[Leadership / support]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[Comment]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Development Summary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Recommended Development Action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Timeline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coaching / stretch]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[High/Med/Low]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coaching / stretch]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[High/Med/Low]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[Training / coaching / stretch]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[High/Med/Low]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Signatures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Representative (optional)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8C8C8C"/>
          <w:sz w:val="16"/>
        </w:rPr>
        <w:t>(c) HashMicro | hashmicro.com/au | For internal use only</w:t>
      </w:r>
    </w:p>
    <w:sectPr w:rsidR="00FC693F" w:rsidRPr="0006063C" w:rsidSect="00034616">
      <w:pgSz w:w="12240" w:h="15840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