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3A8" w:rsidRDefault="00EB23A8">
      <w:pPr>
        <w:spacing w:before="240" w:after="0" w:line="240" w:lineRule="auto"/>
      </w:pPr>
    </w:p>
    <w:p w:rsidR="00EB23A8" w:rsidRDefault="00241A29">
      <w:pPr>
        <w:spacing w:after="0" w:line="240" w:lineRule="auto"/>
        <w:jc w:val="center"/>
      </w:pPr>
      <w:r>
        <w:rPr>
          <w:b/>
          <w:color w:val="000000"/>
          <w:sz w:val="48"/>
        </w:rPr>
        <w:t>SURAT TANDA TERIMA DOKUMEN</w:t>
      </w:r>
    </w:p>
    <w:p w:rsidR="00EB23A8" w:rsidRDefault="00241A29">
      <w:pPr>
        <w:spacing w:after="240" w:line="240" w:lineRule="auto"/>
        <w:jc w:val="center"/>
      </w:pPr>
      <w:r>
        <w:rPr>
          <w:color w:val="000000"/>
          <w:sz w:val="44"/>
        </w:rPr>
        <w:t>Nomor: MBK/20/12/2021</w:t>
      </w:r>
    </w:p>
    <w:p w:rsidR="00EB23A8" w:rsidRDefault="00241A29">
      <w:r>
        <w:rPr>
          <w:color w:val="000000"/>
        </w:rPr>
        <w:t xml:space="preserve">Sehubungan dengan dilakukannya transaksi jual beli rumah, saya yang bertanda </w:t>
      </w:r>
      <w:bookmarkStart w:id="0" w:name="_GoBack"/>
      <w:bookmarkEnd w:id="0"/>
      <w:r>
        <w:rPr>
          <w:color w:val="000000"/>
        </w:rPr>
        <w:t>tangan dibawah ini: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584"/>
        <w:gridCol w:w="3585"/>
        <w:gridCol w:w="3585"/>
      </w:tblGrid>
      <w:tr w:rsidR="00EB23A8"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Nama</w:t>
            </w:r>
          </w:p>
        </w:tc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  <w:jc w:val="center"/>
            </w:pPr>
            <w:r>
              <w:rPr>
                <w:color w:val="000000"/>
              </w:rPr>
              <w:t>:</w:t>
            </w:r>
          </w:p>
        </w:tc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Dinda Putri</w:t>
            </w:r>
          </w:p>
        </w:tc>
      </w:tr>
      <w:tr w:rsidR="00EB23A8"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Pekerjaan</w:t>
            </w:r>
          </w:p>
        </w:tc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  <w:jc w:val="center"/>
            </w:pPr>
            <w:r>
              <w:rPr>
                <w:color w:val="000000"/>
              </w:rPr>
              <w:t>:</w:t>
            </w:r>
          </w:p>
        </w:tc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Pegawai Negeri Sipil</w:t>
            </w:r>
          </w:p>
        </w:tc>
      </w:tr>
      <w:tr w:rsidR="00EB23A8"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Alamat</w:t>
            </w:r>
          </w:p>
        </w:tc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  <w:jc w:val="center"/>
            </w:pPr>
            <w:r>
              <w:rPr>
                <w:color w:val="000000"/>
              </w:rPr>
              <w:t>:</w:t>
            </w:r>
          </w:p>
        </w:tc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Jalan Mawar 7 no. 12, Medan</w:t>
            </w:r>
          </w:p>
        </w:tc>
      </w:tr>
      <w:tr w:rsidR="00EB23A8"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Email</w:t>
            </w:r>
          </w:p>
        </w:tc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  <w:jc w:val="center"/>
            </w:pPr>
            <w:r>
              <w:rPr>
                <w:color w:val="000000"/>
              </w:rPr>
              <w:t>:</w:t>
            </w:r>
          </w:p>
        </w:tc>
        <w:tc>
          <w:tcPr>
            <w:tcW w:w="3585" w:type="dxa"/>
            <w:tcMar>
              <w:top w:w="30" w:type="dxa"/>
              <w:left w:w="0" w:type="dxa"/>
              <w:bottom w:w="20" w:type="dxa"/>
              <w:right w:w="0" w:type="dxa"/>
            </w:tcMar>
            <w:vAlign w:val="center"/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dindap123@gmail.com</w:t>
            </w:r>
          </w:p>
        </w:tc>
      </w:tr>
    </w:tbl>
    <w:p w:rsidR="00EB23A8" w:rsidRDefault="00EB23A8"/>
    <w:p w:rsidR="00EB23A8" w:rsidRDefault="00241A29">
      <w:pPr>
        <w:spacing w:before="120" w:line="312" w:lineRule="auto"/>
      </w:pPr>
      <w:r>
        <w:rPr>
          <w:color w:val="000000"/>
        </w:rPr>
        <w:t>Telah menerima secara utuh dokumen Sertifikat Hak Milik (SHM) rumah dari saudari Diana Permana yang beralamat di Jalan Cempaka Hijau No. 21, Jakarta Selatan.</w:t>
      </w:r>
    </w:p>
    <w:p w:rsidR="00EB23A8" w:rsidRDefault="00241A29">
      <w:pPr>
        <w:spacing w:after="280" w:line="312" w:lineRule="auto"/>
      </w:pPr>
      <w:r>
        <w:rPr>
          <w:color w:val="000000"/>
        </w:rPr>
        <w:t>Demikian surat tanda terima dokumen yang telah menjadi bukti sah secara huku</w:t>
      </w:r>
      <w:r>
        <w:rPr>
          <w:color w:val="000000"/>
        </w:rPr>
        <w:t>m dan akan digunakan sebagaimana mestinya.</w:t>
      </w:r>
    </w:p>
    <w:p w:rsidR="00EB23A8" w:rsidRDefault="00241A29">
      <w:pPr>
        <w:spacing w:after="400" w:line="240" w:lineRule="auto"/>
      </w:pPr>
      <w:r>
        <w:rPr>
          <w:color w:val="000000"/>
        </w:rPr>
        <w:t>Medan, 4 Januari 2022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464"/>
        <w:gridCol w:w="4464"/>
      </w:tblGrid>
      <w:tr w:rsidR="00EB23A8">
        <w:trPr>
          <w:jc w:val="center"/>
        </w:trPr>
        <w:tc>
          <w:tcPr>
            <w:tcW w:w="4464" w:type="dxa"/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Penerima</w:t>
            </w:r>
          </w:p>
        </w:tc>
        <w:tc>
          <w:tcPr>
            <w:tcW w:w="4464" w:type="dxa"/>
          </w:tcPr>
          <w:p w:rsidR="00EB23A8" w:rsidRDefault="00241A2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Yang </w:t>
            </w:r>
            <w:proofErr w:type="spellStart"/>
            <w:r>
              <w:rPr>
                <w:color w:val="000000"/>
              </w:rPr>
              <w:t>Menyerahkan</w:t>
            </w:r>
            <w:proofErr w:type="spellEnd"/>
          </w:p>
          <w:p w:rsidR="00111FEB" w:rsidRDefault="00111FEB">
            <w:pPr>
              <w:spacing w:after="0" w:line="240" w:lineRule="auto"/>
              <w:rPr>
                <w:color w:val="000000"/>
              </w:rPr>
            </w:pPr>
          </w:p>
          <w:p w:rsidR="00111FEB" w:rsidRDefault="00111FEB">
            <w:pPr>
              <w:spacing w:after="0" w:line="240" w:lineRule="auto"/>
            </w:pPr>
          </w:p>
        </w:tc>
      </w:tr>
      <w:tr w:rsidR="00EB23A8">
        <w:trPr>
          <w:jc w:val="center"/>
        </w:trPr>
        <w:tc>
          <w:tcPr>
            <w:tcW w:w="4464" w:type="dxa"/>
            <w:tcMar>
              <w:top w:w="380" w:type="dxa"/>
              <w:left w:w="0" w:type="dxa"/>
              <w:bottom w:w="0" w:type="dxa"/>
              <w:right w:w="0" w:type="dxa"/>
            </w:tcMar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Dinda Putri</w:t>
            </w:r>
          </w:p>
        </w:tc>
        <w:tc>
          <w:tcPr>
            <w:tcW w:w="4464" w:type="dxa"/>
            <w:tcMar>
              <w:top w:w="380" w:type="dxa"/>
              <w:left w:w="0" w:type="dxa"/>
              <w:bottom w:w="0" w:type="dxa"/>
              <w:right w:w="0" w:type="dxa"/>
            </w:tcMar>
          </w:tcPr>
          <w:p w:rsidR="00EB23A8" w:rsidRDefault="00241A29">
            <w:pPr>
              <w:spacing w:after="0" w:line="240" w:lineRule="auto"/>
            </w:pPr>
            <w:r>
              <w:rPr>
                <w:color w:val="000000"/>
              </w:rPr>
              <w:t>Diana Permana</w:t>
            </w:r>
          </w:p>
        </w:tc>
      </w:tr>
    </w:tbl>
    <w:p w:rsidR="00241A29" w:rsidRDefault="00241A29"/>
    <w:sectPr w:rsidR="00241A29" w:rsidSect="00034616">
      <w:headerReference w:type="default" r:id="rId9"/>
      <w:footerReference w:type="default" r:id="rId10"/>
      <w:pgSz w:w="11906" w:h="16838"/>
      <w:pgMar w:top="216" w:right="576" w:bottom="216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A29" w:rsidRDefault="00241A29">
      <w:pPr>
        <w:spacing w:after="0" w:line="240" w:lineRule="auto"/>
      </w:pPr>
      <w:r>
        <w:separator/>
      </w:r>
    </w:p>
  </w:endnote>
  <w:endnote w:type="continuationSeparator" w:id="0">
    <w:p w:rsidR="00241A29" w:rsidRDefault="0024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3A8" w:rsidRDefault="00EB23A8">
    <w:pPr>
      <w:pStyle w:val="Foot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0754"/>
    </w:tblGrid>
    <w:tr w:rsidR="00EB23A8">
      <w:trPr>
        <w:jc w:val="center"/>
      </w:trPr>
      <w:tc>
        <w:tcPr>
          <w:tcW w:w="11906" w:type="dxa"/>
          <w:shd w:val="clear" w:color="auto" w:fill="D60012"/>
          <w:tcMar>
            <w:top w:w="0" w:type="dxa"/>
            <w:left w:w="0" w:type="dxa"/>
            <w:bottom w:w="0" w:type="dxa"/>
            <w:right w:w="0" w:type="dxa"/>
          </w:tcMar>
        </w:tcPr>
        <w:p w:rsidR="00EB23A8" w:rsidRDefault="00EB23A8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A29" w:rsidRDefault="00241A29">
      <w:pPr>
        <w:spacing w:after="0" w:line="240" w:lineRule="auto"/>
      </w:pPr>
      <w:r>
        <w:separator/>
      </w:r>
    </w:p>
  </w:footnote>
  <w:footnote w:type="continuationSeparator" w:id="0">
    <w:p w:rsidR="00241A29" w:rsidRDefault="00241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3A8" w:rsidRDefault="00EB23A8">
    <w:pPr>
      <w:pStyle w:val="Header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0754"/>
    </w:tblGrid>
    <w:tr w:rsidR="00EB23A8">
      <w:trPr>
        <w:jc w:val="center"/>
      </w:trPr>
      <w:tc>
        <w:tcPr>
          <w:tcW w:w="10754" w:type="dxa"/>
          <w:shd w:val="clear" w:color="auto" w:fill="D60012"/>
          <w:tcMar>
            <w:top w:w="0" w:type="dxa"/>
            <w:left w:w="0" w:type="dxa"/>
            <w:bottom w:w="0" w:type="dxa"/>
            <w:right w:w="0" w:type="dxa"/>
          </w:tcMar>
        </w:tcPr>
        <w:p w:rsidR="00EB23A8" w:rsidRDefault="00EB23A8">
          <w:pPr>
            <w:spacing w:after="0" w:line="240" w:lineRule="auto"/>
          </w:pPr>
        </w:p>
      </w:tc>
    </w:tr>
  </w:tbl>
  <w:p w:rsidR="00EB23A8" w:rsidRDefault="00241A29">
    <w:pPr>
      <w:spacing w:before="80" w:after="0" w:line="240" w:lineRule="auto"/>
      <w:jc w:val="center"/>
    </w:pPr>
    <w:r>
      <w:rPr>
        <w:noProof/>
        <w:lang w:eastAsia="zh-CN"/>
      </w:rPr>
      <w:drawing>
        <wp:inline distT="0" distB="0" distL="0" distR="0">
          <wp:extent cx="1828800" cy="4192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om_templa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19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1FEB"/>
    <w:rsid w:val="0015074B"/>
    <w:rsid w:val="00241A29"/>
    <w:rsid w:val="0029639D"/>
    <w:rsid w:val="00326F90"/>
    <w:rsid w:val="00AA1D8D"/>
    <w:rsid w:val="00B47730"/>
    <w:rsid w:val="00CB0664"/>
    <w:rsid w:val="00EB23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1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11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1E9CD8-7287-459B-B643-BA0DEE97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Ling Ling</cp:lastModifiedBy>
  <cp:revision>2</cp:revision>
  <dcterms:created xsi:type="dcterms:W3CDTF">2026-03-13T06:30:00Z</dcterms:created>
  <dcterms:modified xsi:type="dcterms:W3CDTF">2026-03-13T06:30:00Z</dcterms:modified>
</cp:coreProperties>
</file>