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06"/>
        <w:gridCol w:w="7516"/>
      </w:tblGrid>
      <w:tr w:rsidR="003C07A2" w:rsidTr="000E2878">
        <w:trPr>
          <w:jc w:val="center"/>
        </w:trPr>
        <w:tc>
          <w:tcPr>
            <w:tcW w:w="1701" w:type="dxa"/>
            <w:shd w:val="clear" w:color="auto" w:fill="auto"/>
          </w:tcPr>
          <w:p w:rsidR="003C07A2" w:rsidRDefault="000E2878">
            <w:pPr>
              <w:spacing w:before="120" w:after="40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3C067850" wp14:editId="5F4278CA">
                  <wp:extent cx="1200150" cy="704849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shmicro-logo-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37" cy="70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shd w:val="clear" w:color="auto" w:fill="990000"/>
          </w:tcPr>
          <w:p w:rsidR="003C07A2" w:rsidRDefault="00CE6DD3">
            <w:pPr>
              <w:spacing w:before="160" w:after="40"/>
              <w:jc w:val="center"/>
            </w:pPr>
            <w:r>
              <w:rPr>
                <w:b/>
                <w:color w:val="FFFFFF"/>
                <w:sz w:val="28"/>
              </w:rPr>
              <w:t>PT. [NAMA PERUSAHAAN]</w:t>
            </w:r>
          </w:p>
          <w:p w:rsidR="003C07A2" w:rsidRDefault="00CE6DD3">
            <w:pPr>
              <w:spacing w:after="20"/>
              <w:jc w:val="center"/>
            </w:pPr>
            <w:r>
              <w:rPr>
                <w:color w:val="FFFFFF"/>
                <w:sz w:val="18"/>
              </w:rPr>
              <w:t>Jl. [Nama Jalan, No. XX], [Kota]</w:t>
            </w:r>
          </w:p>
          <w:p w:rsidR="003C07A2" w:rsidRDefault="00CE6DD3">
            <w:pPr>
              <w:spacing w:after="20"/>
              <w:jc w:val="center"/>
            </w:pPr>
            <w:r>
              <w:rPr>
                <w:color w:val="FFFFFF"/>
                <w:sz w:val="18"/>
              </w:rPr>
              <w:t>[Provinsi] [Kode Pos]</w:t>
            </w:r>
          </w:p>
          <w:p w:rsidR="003C07A2" w:rsidRDefault="00CE6DD3">
            <w:pPr>
              <w:spacing w:after="160"/>
              <w:jc w:val="center"/>
            </w:pPr>
            <w:r>
              <w:rPr>
                <w:color w:val="FFFFFF"/>
                <w:sz w:val="16"/>
              </w:rPr>
              <w:t>Telp: (0XX) XXXXXXXX  |  Email: [email@perusahaan.com]</w:t>
            </w:r>
          </w:p>
        </w:tc>
      </w:tr>
    </w:tbl>
    <w:p w:rsidR="003C07A2" w:rsidRDefault="003C07A2">
      <w:pPr>
        <w:pBdr>
          <w:bottom w:val="single" w:sz="12" w:space="1" w:color="990000"/>
        </w:pBdr>
        <w:spacing w:after="0"/>
      </w:pPr>
    </w:p>
    <w:p w:rsidR="003C07A2" w:rsidRDefault="003C07A2">
      <w:pPr>
        <w:spacing w:after="80"/>
      </w:pPr>
    </w:p>
    <w:p w:rsidR="003C07A2" w:rsidRDefault="00CE6DD3">
      <w:pPr>
        <w:spacing w:after="40"/>
        <w:jc w:val="center"/>
      </w:pPr>
      <w:r>
        <w:rPr>
          <w:b/>
          <w:color w:val="990000"/>
          <w:sz w:val="24"/>
          <w:u w:val="single"/>
        </w:rPr>
        <w:t>SURAT PERINGATAN PERTAMA (SP-1)</w:t>
      </w:r>
      <w:bookmarkStart w:id="0" w:name="_GoBack"/>
      <w:bookmarkEnd w:id="0"/>
    </w:p>
    <w:p w:rsidR="003C07A2" w:rsidRDefault="00CE6DD3">
      <w:pPr>
        <w:spacing w:after="160"/>
        <w:jc w:val="center"/>
      </w:pPr>
      <w:r>
        <w:t>Nomor : ___/SP-1/[Bulan]/[Tahun]</w:t>
      </w:r>
    </w:p>
    <w:p w:rsidR="003C07A2" w:rsidRDefault="00CE6DD3">
      <w:pPr>
        <w:spacing w:after="80"/>
      </w:pPr>
      <w:r>
        <w:t>Surat ini ditujukan kepada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283"/>
        <w:gridCol w:w="6803"/>
      </w:tblGrid>
      <w:tr w:rsidR="003C07A2">
        <w:tc>
          <w:tcPr>
            <w:tcW w:w="1701" w:type="dxa"/>
          </w:tcPr>
          <w:p w:rsidR="003C07A2" w:rsidRDefault="00CE6DD3">
            <w:r>
              <w:t>Nama</w:t>
            </w:r>
          </w:p>
        </w:tc>
        <w:tc>
          <w:tcPr>
            <w:tcW w:w="283" w:type="dxa"/>
          </w:tcPr>
          <w:p w:rsidR="003C07A2" w:rsidRDefault="00CE6DD3">
            <w:r>
              <w:t>:</w:t>
            </w:r>
          </w:p>
        </w:tc>
        <w:tc>
          <w:tcPr>
            <w:tcW w:w="6803" w:type="dxa"/>
          </w:tcPr>
          <w:p w:rsidR="003C07A2" w:rsidRDefault="00CE6DD3">
            <w:r>
              <w:t>[Nama Karyawan]</w:t>
            </w:r>
          </w:p>
        </w:tc>
      </w:tr>
      <w:tr w:rsidR="003C07A2">
        <w:tc>
          <w:tcPr>
            <w:tcW w:w="1701" w:type="dxa"/>
          </w:tcPr>
          <w:p w:rsidR="003C07A2" w:rsidRDefault="00CE6DD3">
            <w:r>
              <w:t>Jabatan</w:t>
            </w:r>
          </w:p>
        </w:tc>
        <w:tc>
          <w:tcPr>
            <w:tcW w:w="283" w:type="dxa"/>
          </w:tcPr>
          <w:p w:rsidR="003C07A2" w:rsidRDefault="00CE6DD3">
            <w:r>
              <w:t>:</w:t>
            </w:r>
          </w:p>
        </w:tc>
        <w:tc>
          <w:tcPr>
            <w:tcW w:w="6803" w:type="dxa"/>
          </w:tcPr>
          <w:p w:rsidR="003C07A2" w:rsidRDefault="00CE6DD3">
            <w:r>
              <w:t>[Jabatan Karyawan]</w:t>
            </w:r>
          </w:p>
        </w:tc>
      </w:tr>
    </w:tbl>
    <w:p w:rsidR="003C07A2" w:rsidRDefault="003C07A2">
      <w:pPr>
        <w:spacing w:after="120"/>
      </w:pPr>
    </w:p>
    <w:p w:rsidR="003C07A2" w:rsidRDefault="00CE6DD3">
      <w:pPr>
        <w:spacing w:after="120"/>
        <w:jc w:val="both"/>
      </w:pPr>
      <w:r>
        <w:t>Sehubungan dengan sikap tidak disiplin/pelanggaran terhadap tata tertib perusahaan yang saudara/i lakukan berupa [jelaskan pelanggaran secara spesifik: tindakan, waktu, lokasi]. Maka dengan ini perusahaan mem</w:t>
      </w:r>
      <w:r>
        <w:t>berikan surat peringatan pertama dengan ketentuan sebagai berikut :</w:t>
      </w:r>
    </w:p>
    <w:p w:rsidR="003C07A2" w:rsidRDefault="00CE6DD3">
      <w:pPr>
        <w:pStyle w:val="ListNumber"/>
        <w:spacing w:after="80"/>
      </w:pPr>
      <w:r>
        <w:t>Jika saudara/i tetap tidak menaati peraturan kedisiplinan perusahaan, maka surat SP-1 ini akan berlanjut ke SP-2.</w:t>
      </w:r>
    </w:p>
    <w:p w:rsidR="003C07A2" w:rsidRDefault="00CE6DD3">
      <w:pPr>
        <w:pStyle w:val="ListNumber"/>
        <w:spacing w:after="80"/>
      </w:pPr>
      <w:r>
        <w:t>Surat SP-1 ini berlaku hingga 6 (enam) bulan berikutnya.</w:t>
      </w:r>
    </w:p>
    <w:p w:rsidR="003C07A2" w:rsidRDefault="00CE6DD3">
      <w:pPr>
        <w:spacing w:before="80" w:after="240"/>
        <w:jc w:val="both"/>
      </w:pPr>
      <w:r>
        <w:t>Demikian surat pe</w:t>
      </w:r>
      <w:r>
        <w:t>ringatan pertama ini dibuat agar dapat diperhatikan dan ditaati sebaik mungkin oleh yang bersangkutan.</w:t>
      </w:r>
    </w:p>
    <w:p w:rsidR="003C07A2" w:rsidRDefault="00CE6DD3">
      <w:r>
        <w:t>[Kota], [Tanggal Bulan Tahun],</w:t>
      </w:r>
    </w:p>
    <w:p w:rsidR="003C07A2" w:rsidRDefault="00CE6DD3">
      <w:pPr>
        <w:spacing w:after="0"/>
      </w:pPr>
      <w:r>
        <w:t>[Jabatan Penandatangan],</w:t>
      </w:r>
    </w:p>
    <w:p w:rsidR="003C07A2" w:rsidRDefault="003C07A2"/>
    <w:p w:rsidR="003C07A2" w:rsidRDefault="003C07A2"/>
    <w:p w:rsidR="003C07A2" w:rsidRDefault="003C07A2"/>
    <w:p w:rsidR="003C07A2" w:rsidRDefault="003C07A2"/>
    <w:p w:rsidR="003C07A2" w:rsidRDefault="00CE6DD3">
      <w:r>
        <w:rPr>
          <w:b/>
        </w:rPr>
        <w:t>[Nama Penandatangan]</w:t>
      </w:r>
    </w:p>
    <w:p w:rsidR="003C07A2" w:rsidRDefault="003C07A2"/>
    <w:p w:rsidR="003C07A2" w:rsidRDefault="003C07A2">
      <w:pPr>
        <w:pBdr>
          <w:bottom w:val="single" w:sz="6" w:space="1" w:color="990000"/>
        </w:pBdr>
        <w:spacing w:after="0"/>
      </w:pPr>
    </w:p>
    <w:p w:rsidR="003C07A2" w:rsidRDefault="00CE6DD3">
      <w:pPr>
        <w:jc w:val="center"/>
      </w:pPr>
      <w:r>
        <w:rPr>
          <w:color w:val="990000"/>
          <w:sz w:val="16"/>
        </w:rPr>
        <w:t>[Nama Perusahaan]  |  [Alamat]  |  [Kontak]</w:t>
      </w:r>
    </w:p>
    <w:sectPr w:rsidR="003C07A2" w:rsidSect="00034616">
      <w:pgSz w:w="12240" w:h="15840"/>
      <w:pgMar w:top="850" w:right="1417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2878"/>
    <w:rsid w:val="0015074B"/>
    <w:rsid w:val="0029639D"/>
    <w:rsid w:val="00326F90"/>
    <w:rsid w:val="003C07A2"/>
    <w:rsid w:val="00AA1D8D"/>
    <w:rsid w:val="00B47730"/>
    <w:rsid w:val="00CB0664"/>
    <w:rsid w:val="00CE6D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2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2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F312B0-4CD4-4F19-A658-3A593595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Ling Ling</cp:lastModifiedBy>
  <cp:revision>3</cp:revision>
  <cp:lastPrinted>2026-06-29T01:47:00Z</cp:lastPrinted>
  <dcterms:created xsi:type="dcterms:W3CDTF">2013-12-23T23:15:00Z</dcterms:created>
  <dcterms:modified xsi:type="dcterms:W3CDTF">2026-06-29T01:47:00Z</dcterms:modified>
</cp:coreProperties>
</file>