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39" w:type="dxa"/>
        <w:jc w:val="center"/>
        <w:tblLook w:val="04A0" w:firstRow="1" w:lastRow="0" w:firstColumn="1" w:lastColumn="0" w:noHBand="0" w:noVBand="1"/>
      </w:tblPr>
      <w:tblGrid>
        <w:gridCol w:w="4839"/>
      </w:tblGrid>
      <w:tr w:rsidR="005B7403" w:rsidTr="00701A8B">
        <w:trPr>
          <w:jc w:val="center"/>
        </w:trPr>
        <w:tc>
          <w:tcPr>
            <w:tcW w:w="4839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7403" w:rsidRDefault="00701A8B">
            <w:pPr>
              <w:spacing w:after="0" w:line="240" w:lineRule="auto"/>
              <w:jc w:val="center"/>
            </w:pPr>
            <w:r>
              <w:rPr>
                <w:b/>
                <w:noProof/>
                <w:sz w:val="27"/>
                <w:lang w:eastAsia="zh-CN"/>
              </w:rPr>
              <w:drawing>
                <wp:inline distT="0" distB="0" distL="0" distR="0" wp14:anchorId="1B3070FE" wp14:editId="2C6B7579">
                  <wp:extent cx="2647950" cy="513077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shmicro-logo-2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14" b="32010"/>
                          <a:stretch/>
                        </pic:blipFill>
                        <pic:spPr bwMode="auto">
                          <a:xfrm>
                            <a:off x="0" y="0"/>
                            <a:ext cx="2648933" cy="513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5B7403" w:rsidRDefault="00CE1013">
      <w:pPr>
        <w:spacing w:before="200" w:after="0"/>
        <w:jc w:val="center"/>
      </w:pPr>
      <w:r>
        <w:rPr>
          <w:b/>
          <w:sz w:val="27"/>
        </w:rPr>
        <w:t>SURAT TANDA TERIMA BARANG</w:t>
      </w:r>
    </w:p>
    <w:p w:rsidR="005B7403" w:rsidRDefault="00CE1013">
      <w:pPr>
        <w:spacing w:after="160"/>
        <w:jc w:val="center"/>
      </w:pPr>
      <w:proofErr w:type="spellStart"/>
      <w:r>
        <w:t>Nomor</w:t>
      </w:r>
      <w:proofErr w:type="spellEnd"/>
      <w:r>
        <w:t>: STTB/09/2025/001</w:t>
      </w:r>
    </w:p>
    <w:p w:rsidR="005B7403" w:rsidRDefault="00CE1013">
      <w:pPr>
        <w:spacing w:after="160"/>
      </w:pPr>
      <w:r>
        <w:t>Yang bertanda tangan di bawah ini:</w:t>
      </w:r>
    </w:p>
    <w:tbl>
      <w:tblPr>
        <w:tblW w:w="7257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1614"/>
        <w:gridCol w:w="253"/>
        <w:gridCol w:w="5390"/>
      </w:tblGrid>
      <w:tr w:rsidR="005B7403"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Nama</w:t>
            </w:r>
          </w:p>
        </w:tc>
        <w:tc>
          <w:tcPr>
            <w:tcW w:w="2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rPr>
                <w:sz w:val="21"/>
              </w:rPr>
              <w:t>:</w:t>
            </w:r>
          </w:p>
        </w:tc>
        <w:tc>
          <w:tcPr>
            <w:tcW w:w="55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Budi Santoso</w:t>
            </w:r>
          </w:p>
        </w:tc>
      </w:tr>
      <w:tr w:rsidR="005B7403"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Jabatan</w:t>
            </w:r>
          </w:p>
        </w:tc>
        <w:tc>
          <w:tcPr>
            <w:tcW w:w="2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rPr>
                <w:sz w:val="21"/>
              </w:rPr>
              <w:t>:</w:t>
            </w:r>
          </w:p>
        </w:tc>
        <w:tc>
          <w:tcPr>
            <w:tcW w:w="55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Staff Gudang</w:t>
            </w:r>
          </w:p>
        </w:tc>
      </w:tr>
      <w:tr w:rsidR="005B7403"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Alamat</w:t>
            </w:r>
          </w:p>
        </w:tc>
        <w:tc>
          <w:tcPr>
            <w:tcW w:w="2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rPr>
                <w:sz w:val="21"/>
              </w:rPr>
              <w:t>:</w:t>
            </w:r>
          </w:p>
        </w:tc>
        <w:tc>
          <w:tcPr>
            <w:tcW w:w="55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Jl. Merdeka Raya No. 45, Jakarta</w:t>
            </w:r>
          </w:p>
        </w:tc>
      </w:tr>
      <w:tr w:rsidR="005B7403">
        <w:tc>
          <w:tcPr>
            <w:tcW w:w="164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No. Telp</w:t>
            </w:r>
          </w:p>
        </w:tc>
        <w:tc>
          <w:tcPr>
            <w:tcW w:w="2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rPr>
                <w:sz w:val="21"/>
              </w:rPr>
              <w:t>:</w:t>
            </w:r>
          </w:p>
        </w:tc>
        <w:tc>
          <w:tcPr>
            <w:tcW w:w="55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0812-3456-7890</w:t>
            </w:r>
          </w:p>
        </w:tc>
      </w:tr>
    </w:tbl>
    <w:p w:rsidR="005B7403" w:rsidRDefault="005B7403"/>
    <w:p w:rsidR="005B7403" w:rsidRDefault="00CE1013">
      <w:r>
        <w:t xml:space="preserve">Telah menerima barang dari PT </w:t>
      </w:r>
      <w:r>
        <w:t>Sejahtera Abadi dengan rincian sebagai berikut:</w:t>
      </w:r>
    </w:p>
    <w:tbl>
      <w:tblPr>
        <w:tblW w:w="10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94"/>
        <w:gridCol w:w="5102"/>
        <w:gridCol w:w="1304"/>
        <w:gridCol w:w="3231"/>
      </w:tblGrid>
      <w:tr w:rsidR="005B7403">
        <w:tc>
          <w:tcPr>
            <w:tcW w:w="79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5102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b/>
                <w:sz w:val="21"/>
              </w:rPr>
              <w:t>Nama Barang</w:t>
            </w:r>
          </w:p>
        </w:tc>
        <w:tc>
          <w:tcPr>
            <w:tcW w:w="1304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b/>
                <w:sz w:val="21"/>
              </w:rPr>
              <w:t>Qty</w:t>
            </w:r>
          </w:p>
        </w:tc>
        <w:tc>
          <w:tcPr>
            <w:tcW w:w="3231" w:type="dxa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b/>
                <w:sz w:val="21"/>
              </w:rPr>
              <w:t>Keterangan</w:t>
            </w:r>
          </w:p>
        </w:tc>
      </w:tr>
      <w:tr w:rsidR="005B7403">
        <w:tc>
          <w:tcPr>
            <w:tcW w:w="794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1</w:t>
            </w:r>
          </w:p>
        </w:tc>
        <w:tc>
          <w:tcPr>
            <w:tcW w:w="5102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Laptop Lenovo ThinkPad</w:t>
            </w:r>
          </w:p>
        </w:tc>
        <w:tc>
          <w:tcPr>
            <w:tcW w:w="1304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5 Unit</w:t>
            </w:r>
          </w:p>
        </w:tc>
        <w:tc>
          <w:tcPr>
            <w:tcW w:w="3231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Baru</w:t>
            </w:r>
          </w:p>
        </w:tc>
      </w:tr>
      <w:tr w:rsidR="005B7403">
        <w:tc>
          <w:tcPr>
            <w:tcW w:w="794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2</w:t>
            </w:r>
          </w:p>
        </w:tc>
        <w:tc>
          <w:tcPr>
            <w:tcW w:w="5102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Printer Epson L3150</w:t>
            </w:r>
          </w:p>
        </w:tc>
        <w:tc>
          <w:tcPr>
            <w:tcW w:w="1304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2 Unit</w:t>
            </w:r>
          </w:p>
        </w:tc>
        <w:tc>
          <w:tcPr>
            <w:tcW w:w="3231" w:type="dxa"/>
            <w:tcMar>
              <w:top w:w="85" w:type="dxa"/>
              <w:left w:w="90" w:type="dxa"/>
              <w:bottom w:w="85" w:type="dxa"/>
              <w:right w:w="90" w:type="dxa"/>
            </w:tcMar>
            <w:vAlign w:val="center"/>
          </w:tcPr>
          <w:p w:rsidR="005B7403" w:rsidRDefault="00CE1013">
            <w:pPr>
              <w:spacing w:after="0" w:line="240" w:lineRule="auto"/>
            </w:pPr>
            <w:r>
              <w:rPr>
                <w:sz w:val="21"/>
              </w:rPr>
              <w:t>Baru</w:t>
            </w:r>
          </w:p>
        </w:tc>
      </w:tr>
    </w:tbl>
    <w:p w:rsidR="005B7403" w:rsidRDefault="00CE1013">
      <w:pPr>
        <w:spacing w:before="200" w:after="400"/>
      </w:pPr>
      <w:r>
        <w:t>Dokumen ini dibuat sebagai bukti serah terima barang yang sah dan dapat digunakan sesuai</w:t>
      </w:r>
      <w:r>
        <w:br/>
        <w:t xml:space="preserve">ketentuan yang </w:t>
      </w:r>
      <w:r>
        <w:t>berlaku.</w:t>
      </w:r>
    </w:p>
    <w:tbl>
      <w:tblPr>
        <w:tblW w:w="10205" w:type="dxa"/>
        <w:jc w:val="center"/>
        <w:tblLook w:val="04A0" w:firstRow="1" w:lastRow="0" w:firstColumn="1" w:lastColumn="0" w:noHBand="0" w:noVBand="1"/>
      </w:tblPr>
      <w:tblGrid>
        <w:gridCol w:w="5094"/>
        <w:gridCol w:w="5111"/>
      </w:tblGrid>
      <w:tr w:rsidR="005B7403">
        <w:trPr>
          <w:jc w:val="center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t>Penerima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t>Yang Menyerahkan</w:t>
            </w:r>
          </w:p>
        </w:tc>
      </w:tr>
      <w:tr w:rsidR="005B7403">
        <w:trPr>
          <w:jc w:val="center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br/>
            </w:r>
            <w:r>
              <w:br/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br/>
            </w:r>
            <w:r>
              <w:br/>
            </w:r>
          </w:p>
        </w:tc>
      </w:tr>
      <w:tr w:rsidR="005B7403">
        <w:trPr>
          <w:jc w:val="center"/>
        </w:trPr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t>( Budi Santoso )</w:t>
            </w:r>
          </w:p>
        </w:tc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B7403" w:rsidRDefault="00CE1013">
            <w:pPr>
              <w:spacing w:after="0" w:line="240" w:lineRule="auto"/>
              <w:jc w:val="center"/>
            </w:pPr>
            <w:r>
              <w:t>( PT Sejahtera Abadi )</w:t>
            </w:r>
          </w:p>
        </w:tc>
      </w:tr>
    </w:tbl>
    <w:p w:rsidR="005B7403" w:rsidRDefault="00CE1013">
      <w:pPr>
        <w:spacing w:before="480"/>
        <w:jc w:val="right"/>
      </w:pPr>
      <w:r>
        <w:t>Jakarta, 17 September 2025</w:t>
      </w:r>
    </w:p>
    <w:sectPr w:rsidR="005B7403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7403"/>
    <w:rsid w:val="00701A8B"/>
    <w:rsid w:val="00AA1D8D"/>
    <w:rsid w:val="00B47730"/>
    <w:rsid w:val="00CB0664"/>
    <w:rsid w:val="00CE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0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0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B4A91B-798C-40BA-AF0C-96F56AD3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Ling Ling</cp:lastModifiedBy>
  <cp:revision>3</cp:revision>
  <dcterms:created xsi:type="dcterms:W3CDTF">2013-12-23T23:15:00Z</dcterms:created>
  <dcterms:modified xsi:type="dcterms:W3CDTF">2026-03-13T06:57:00Z</dcterms:modified>
  <cp:category/>
</cp:coreProperties>
</file>