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5408"/>
      </w:tblGrid>
      <w:tr w:rsidR="0033373C">
        <w:trPr>
          <w:trHeight w:hRule="exact" w:val="11808"/>
          <w:jc w:val="center"/>
        </w:trPr>
        <w:tc>
          <w:tcPr>
            <w:tcW w:w="15408" w:type="dxa"/>
            <w:tcBorders>
              <w:top w:val="nil"/>
              <w:left w:val="nil"/>
              <w:bottom w:val="nil"/>
              <w:right w:val="nil"/>
            </w:tcBorders>
            <w:shd w:val="clear" w:color="auto" w:fill="B10F19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73C" w:rsidRDefault="0036732F">
            <w:pPr>
              <w:spacing w:after="40" w:line="240" w:lineRule="auto"/>
              <w:jc w:val="center"/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165350" cy="457750"/>
                  <wp:effectExtent l="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shmicro-logo-2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509" b="24863"/>
                          <a:stretch/>
                        </pic:blipFill>
                        <pic:spPr bwMode="auto">
                          <a:xfrm>
                            <a:off x="0" y="0"/>
                            <a:ext cx="2173387" cy="4594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08"/>
            </w:tblGrid>
            <w:tr w:rsidR="0033373C">
              <w:trPr>
                <w:trHeight w:hRule="exact" w:val="10152"/>
                <w:jc w:val="center"/>
              </w:trPr>
              <w:tc>
                <w:tcPr>
                  <w:tcW w:w="15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0" w:type="dxa"/>
                    <w:left w:w="300" w:type="dxa"/>
                    <w:bottom w:w="150" w:type="dxa"/>
                    <w:right w:w="300" w:type="dxa"/>
                  </w:tcMar>
                </w:tcPr>
                <w:p w:rsidR="0033373C" w:rsidRDefault="00824C9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1A1A1A"/>
                      <w:sz w:val="44"/>
                    </w:rPr>
                    <w:t>SURAT TANDA TERIMA UANG</w:t>
                  </w:r>
                </w:p>
                <w:p w:rsidR="0033373C" w:rsidRDefault="00824C9A">
                  <w:pPr>
                    <w:spacing w:after="16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1A1A1A"/>
                      <w:sz w:val="36"/>
                    </w:rPr>
                    <w:t xml:space="preserve">Nomor: </w:t>
                  </w:r>
                  <w:sdt>
                    <w:sdtPr>
                      <w:alias w:val="NOMOR_SURAT"/>
                      <w:tag w:val="NOMOR_SURAT"/>
                      <w:id w:val="936093709"/>
                      <w:text/>
                    </w:sdtPr>
                    <w:sdtEndPr/>
                    <w:sdtContent>
                      <w:r>
                        <w:rPr>
                          <w:rFonts w:ascii="Arial" w:eastAsia="Arial" w:hAnsi="Arial"/>
                          <w:i/>
                          <w:color w:val="808080"/>
                          <w:sz w:val="36"/>
                        </w:rPr>
                        <w:t>[Isi nomor surat]</w:t>
                      </w:r>
                    </w:sdtContent>
                  </w:sdt>
                </w:p>
                <w:p w:rsidR="0033373C" w:rsidRDefault="00824C9A">
                  <w:pPr>
                    <w:spacing w:before="40" w:after="160" w:line="269" w:lineRule="auto"/>
                  </w:pPr>
                  <w:r>
                    <w:rPr>
                      <w:rFonts w:ascii="Arial" w:eastAsia="Arial" w:hAnsi="Arial"/>
                      <w:color w:val="1A1A1A"/>
                      <w:sz w:val="26"/>
                    </w:rPr>
                    <w:t>Yang bertanda tangan di bawah ini: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12"/>
                    <w:gridCol w:w="259"/>
                    <w:gridCol w:w="7200"/>
                  </w:tblGrid>
                  <w:tr w:rsidR="0033373C">
                    <w:tc>
                      <w:tcPr>
                        <w:tcW w:w="15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33373C" w:rsidRDefault="00824C9A">
                        <w:pPr>
                          <w:spacing w:after="0" w:line="245" w:lineRule="auto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>Nama</w:t>
                        </w:r>
                      </w:p>
                    </w:tc>
                    <w:tc>
                      <w:tcPr>
                        <w:tcW w:w="2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33373C" w:rsidRDefault="00824C9A">
                        <w:pPr>
                          <w:spacing w:after="0" w:line="245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>:</w:t>
                        </w:r>
                      </w:p>
                    </w:tc>
                    <w:tc>
                      <w:tcPr>
                        <w:tcW w:w="7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33373C" w:rsidRDefault="00824C9A">
                        <w:pPr>
                          <w:spacing w:after="0" w:line="245" w:lineRule="auto"/>
                        </w:pPr>
                        <w:sdt>
                          <w:sdtPr>
                            <w:alias w:val="NAMA_PENERIMA"/>
                            <w:tag w:val="NAMA_PENERIMA"/>
                            <w:id w:val="1330643198"/>
                            <w:text/>
                          </w:sdtPr>
                          <w:sdtEndPr/>
                          <w:sdtContent>
                            <w:r>
                              <w:rPr>
                                <w:rFonts w:ascii="Arial" w:eastAsia="Arial" w:hAnsi="Arial"/>
                                <w:i/>
                                <w:color w:val="808080"/>
                                <w:sz w:val="26"/>
                              </w:rPr>
                              <w:t>[Isi nama]</w:t>
                            </w:r>
                          </w:sdtContent>
                        </w:sdt>
                      </w:p>
                    </w:tc>
                  </w:tr>
                  <w:tr w:rsidR="0033373C">
                    <w:tc>
                      <w:tcPr>
                        <w:tcW w:w="15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33373C" w:rsidRDefault="00824C9A">
                        <w:pPr>
                          <w:spacing w:after="0" w:line="245" w:lineRule="auto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>Pekerjaan</w:t>
                        </w:r>
                      </w:p>
                    </w:tc>
                    <w:tc>
                      <w:tcPr>
                        <w:tcW w:w="2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33373C" w:rsidRDefault="00824C9A">
                        <w:pPr>
                          <w:spacing w:after="0" w:line="245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>:</w:t>
                        </w:r>
                      </w:p>
                    </w:tc>
                    <w:tc>
                      <w:tcPr>
                        <w:tcW w:w="7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33373C" w:rsidRDefault="00824C9A">
                        <w:pPr>
                          <w:spacing w:after="0" w:line="245" w:lineRule="auto"/>
                        </w:pPr>
                        <w:sdt>
                          <w:sdtPr>
                            <w:alias w:val="PEKERJAAN"/>
                            <w:tag w:val="PEKERJAAN"/>
                            <w:id w:val="1743916652"/>
                            <w:text/>
                          </w:sdtPr>
                          <w:sdtEndPr/>
                          <w:sdtContent>
                            <w:r>
                              <w:rPr>
                                <w:rFonts w:ascii="Arial" w:eastAsia="Arial" w:hAnsi="Arial"/>
                                <w:i/>
                                <w:color w:val="808080"/>
                                <w:sz w:val="26"/>
                              </w:rPr>
                              <w:t>[Isi pekerjaan]</w:t>
                            </w:r>
                          </w:sdtContent>
                        </w:sdt>
                      </w:p>
                    </w:tc>
                  </w:tr>
                  <w:tr w:rsidR="0033373C">
                    <w:tc>
                      <w:tcPr>
                        <w:tcW w:w="15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33373C" w:rsidRDefault="00824C9A">
                        <w:pPr>
                          <w:spacing w:after="0" w:line="245" w:lineRule="auto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>Alamat</w:t>
                        </w:r>
                      </w:p>
                    </w:tc>
                    <w:tc>
                      <w:tcPr>
                        <w:tcW w:w="2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33373C" w:rsidRDefault="00824C9A">
                        <w:pPr>
                          <w:spacing w:after="0" w:line="245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>:</w:t>
                        </w:r>
                      </w:p>
                    </w:tc>
                    <w:tc>
                      <w:tcPr>
                        <w:tcW w:w="7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33373C" w:rsidRDefault="00824C9A">
                        <w:pPr>
                          <w:spacing w:after="0" w:line="245" w:lineRule="auto"/>
                        </w:pPr>
                        <w:sdt>
                          <w:sdtPr>
                            <w:alias w:val="ALAMAT"/>
                            <w:tag w:val="ALAMAT"/>
                            <w:id w:val="-1640721181"/>
                            <w:text/>
                          </w:sdtPr>
                          <w:sdtEndPr/>
                          <w:sdtContent>
                            <w:r>
                              <w:rPr>
                                <w:rFonts w:ascii="Arial" w:eastAsia="Arial" w:hAnsi="Arial"/>
                                <w:i/>
                                <w:color w:val="808080"/>
                                <w:sz w:val="26"/>
                              </w:rPr>
                              <w:t>[Isi alamat]</w:t>
                            </w:r>
                          </w:sdtContent>
                        </w:sdt>
                      </w:p>
                    </w:tc>
                  </w:tr>
                  <w:tr w:rsidR="0033373C">
                    <w:tc>
                      <w:tcPr>
                        <w:tcW w:w="15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33373C" w:rsidRDefault="00824C9A">
                        <w:pPr>
                          <w:spacing w:after="0" w:line="245" w:lineRule="auto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>No. telp</w:t>
                        </w:r>
                      </w:p>
                    </w:tc>
                    <w:tc>
                      <w:tcPr>
                        <w:tcW w:w="2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33373C" w:rsidRDefault="00824C9A">
                        <w:pPr>
                          <w:spacing w:after="0" w:line="245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>:</w:t>
                        </w:r>
                      </w:p>
                    </w:tc>
                    <w:tc>
                      <w:tcPr>
                        <w:tcW w:w="7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33373C" w:rsidRDefault="00824C9A">
                        <w:pPr>
                          <w:spacing w:after="0" w:line="245" w:lineRule="auto"/>
                        </w:pPr>
                        <w:sdt>
                          <w:sdtPr>
                            <w:alias w:val="NO_TELP"/>
                            <w:tag w:val="NO_TELP"/>
                            <w:id w:val="491913021"/>
                            <w:text/>
                          </w:sdtPr>
                          <w:sdtEndPr/>
                          <w:sdtContent>
                            <w:r>
                              <w:rPr>
                                <w:rFonts w:ascii="Arial" w:eastAsia="Arial" w:hAnsi="Arial"/>
                                <w:i/>
                                <w:color w:val="808080"/>
                                <w:sz w:val="26"/>
                              </w:rPr>
                              <w:t>[Isi no. telepon]</w:t>
                            </w:r>
                          </w:sdtContent>
                        </w:sdt>
                      </w:p>
                    </w:tc>
                  </w:tr>
                </w:tbl>
                <w:p w:rsidR="0033373C" w:rsidRDefault="0033373C"/>
                <w:p w:rsidR="0033373C" w:rsidRDefault="00824C9A">
                  <w:pPr>
                    <w:spacing w:before="140" w:after="160"/>
                  </w:pPr>
                  <w:r>
                    <w:rPr>
                      <w:rFonts w:ascii="Arial" w:eastAsia="Arial" w:hAnsi="Arial"/>
                      <w:color w:val="1A1A1A"/>
                      <w:sz w:val="26"/>
                    </w:rPr>
                    <w:t xml:space="preserve">Telah menerima uang dari </w:t>
                  </w:r>
                  <w:sdt>
                    <w:sdtPr>
                      <w:alias w:val="PIHAK_PENYERAH"/>
                      <w:tag w:val="PIHAK_PENYERAH"/>
                      <w:id w:val="693423003"/>
                      <w:text/>
                    </w:sdtPr>
                    <w:sdtEndPr/>
                    <w:sdtContent>
                      <w:r>
                        <w:rPr>
                          <w:rFonts w:ascii="Arial" w:eastAsia="Arial" w:hAnsi="Arial"/>
                          <w:i/>
                          <w:color w:val="808080"/>
                          <w:sz w:val="26"/>
                        </w:rPr>
                        <w:t>[Isi pihak penyerah]</w:t>
                      </w:r>
                    </w:sdtContent>
                  </w:sdt>
                  <w:r>
                    <w:rPr>
                      <w:rFonts w:ascii="Arial" w:eastAsia="Arial" w:hAnsi="Arial"/>
                      <w:color w:val="1A1A1A"/>
                      <w:sz w:val="26"/>
                    </w:rPr>
                    <w:t xml:space="preserve"> sejumlah Rp </w:t>
                  </w:r>
                  <w:sdt>
                    <w:sdtPr>
                      <w:alias w:val="NOMINAL"/>
                      <w:tag w:val="NOMINAL"/>
                      <w:id w:val="1344587333"/>
                      <w:text/>
                    </w:sdtPr>
                    <w:sdtEndPr/>
                    <w:sdtContent>
                      <w:r>
                        <w:rPr>
                          <w:rFonts w:ascii="Arial" w:eastAsia="Arial" w:hAnsi="Arial"/>
                          <w:i/>
                          <w:color w:val="808080"/>
                          <w:sz w:val="26"/>
                        </w:rPr>
                        <w:t>[Isi nominal]</w:t>
                      </w:r>
                    </w:sdtContent>
                  </w:sdt>
                  <w:r>
                    <w:rPr>
                      <w:rFonts w:ascii="Arial" w:eastAsia="Arial" w:hAnsi="Arial"/>
                      <w:color w:val="1A1A1A"/>
                      <w:sz w:val="26"/>
                    </w:rPr>
                    <w:t xml:space="preserve"> (</w:t>
                  </w:r>
                  <w:sdt>
                    <w:sdtPr>
                      <w:alias w:val="TERBILANG"/>
                      <w:tag w:val="TERBILANG"/>
                      <w:id w:val="-1493557144"/>
                      <w:text/>
                    </w:sdtPr>
                    <w:sdtEndPr/>
                    <w:sdtContent>
                      <w:r>
                        <w:rPr>
                          <w:rFonts w:ascii="Arial" w:eastAsia="Arial" w:hAnsi="Arial"/>
                          <w:i/>
                          <w:color w:val="808080"/>
                          <w:sz w:val="26"/>
                        </w:rPr>
                        <w:t>[Isi nominal terbilang]</w:t>
                      </w:r>
                    </w:sdtContent>
                  </w:sdt>
                  <w:r>
                    <w:rPr>
                      <w:rFonts w:ascii="Arial" w:eastAsia="Arial" w:hAnsi="Arial"/>
                      <w:color w:val="1A1A1A"/>
                      <w:sz w:val="26"/>
                    </w:rPr>
                    <w:t xml:space="preserve">) sebagai </w:t>
                  </w:r>
                  <w:sdt>
                    <w:sdtPr>
                      <w:alias w:val="KETERANGAN"/>
                      <w:tag w:val="KETERANGAN"/>
                      <w:id w:val="1972015352"/>
                      <w:text/>
                    </w:sdtPr>
                    <w:sdtEndPr/>
                    <w:sdtContent>
                      <w:r>
                        <w:rPr>
                          <w:rFonts w:ascii="Arial" w:eastAsia="Arial" w:hAnsi="Arial"/>
                          <w:i/>
                          <w:color w:val="808080"/>
                          <w:sz w:val="26"/>
                        </w:rPr>
                        <w:t>[Isi keperluan]</w:t>
                      </w:r>
                    </w:sdtContent>
                  </w:sdt>
                  <w:r>
                    <w:rPr>
                      <w:rFonts w:ascii="Arial" w:eastAsia="Arial" w:hAnsi="Arial"/>
                      <w:color w:val="1A1A1A"/>
                      <w:sz w:val="26"/>
                    </w:rPr>
                    <w:t>.</w:t>
                  </w:r>
                </w:p>
                <w:p w:rsidR="0033373C" w:rsidRDefault="00824C9A">
                  <w:pPr>
                    <w:spacing w:after="240"/>
                  </w:pPr>
                  <w:r>
                    <w:rPr>
                      <w:rFonts w:ascii="Arial" w:eastAsia="Arial" w:hAnsi="Arial"/>
                      <w:color w:val="1A1A1A"/>
                      <w:sz w:val="26"/>
                    </w:rPr>
                    <w:t>Surat tanda terima ini merupakan bukti yang sah sesuai dengan hukum dan perjanjian yang berlaku.</w:t>
                  </w:r>
                </w:p>
                <w:p w:rsidR="0033373C" w:rsidRDefault="00824C9A">
                  <w:pPr>
                    <w:spacing w:after="320" w:line="240" w:lineRule="auto"/>
                  </w:pPr>
                  <w:sdt>
                    <w:sdtPr>
                      <w:alias w:val="KOTA_TANGGAL"/>
                      <w:tag w:val="KOTA_TANGGAL"/>
                      <w:id w:val="-793441035"/>
                      <w:text/>
                    </w:sdtPr>
                    <w:sdtEndPr/>
                    <w:sdtContent>
                      <w:r>
                        <w:rPr>
                          <w:rFonts w:ascii="Arial" w:eastAsia="Arial" w:hAnsi="Arial"/>
                          <w:i/>
                          <w:color w:val="808080"/>
                          <w:sz w:val="26"/>
                        </w:rPr>
                        <w:t>[Isi kota, tanggal bulan tahun]</w:t>
                      </w:r>
                    </w:sdtContent>
                  </w:sdt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704"/>
                    <w:gridCol w:w="7704"/>
                  </w:tblGrid>
                  <w:tr w:rsidR="0033373C">
                    <w:tc>
                      <w:tcPr>
                        <w:tcW w:w="770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3373C" w:rsidRDefault="00824C9A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>Penerima</w:t>
                        </w:r>
                      </w:p>
                      <w:p w:rsidR="0033373C" w:rsidRDefault="00824C9A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 xml:space="preserve"> </w:t>
                        </w:r>
                      </w:p>
                      <w:p w:rsidR="0033373C" w:rsidRDefault="00824C9A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 xml:space="preserve"> </w:t>
                        </w:r>
                      </w:p>
                      <w:p w:rsidR="0033373C" w:rsidRDefault="00824C9A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 xml:space="preserve"> </w:t>
                        </w:r>
                      </w:p>
                      <w:p w:rsidR="0033373C" w:rsidRDefault="00824C9A">
                        <w:pPr>
                          <w:spacing w:after="0" w:line="240" w:lineRule="auto"/>
                        </w:pPr>
                        <w:sdt>
                          <w:sdtPr>
                            <w:alias w:val="NAMA_TTD_PENERIMA"/>
                            <w:tag w:val="NAMA_TTD_PENERIMA"/>
                            <w:id w:val="1713996813"/>
                            <w:text/>
                          </w:sdtPr>
                          <w:sdtEndPr/>
                          <w:sdtContent>
                            <w:r>
                              <w:rPr>
                                <w:rFonts w:ascii="Arial" w:eastAsia="Arial" w:hAnsi="Arial"/>
                                <w:i/>
                                <w:color w:val="808080"/>
                                <w:sz w:val="26"/>
                              </w:rPr>
                              <w:t>[Isi nama penerima]</w:t>
                            </w:r>
                          </w:sdtContent>
                        </w:sdt>
                      </w:p>
                    </w:tc>
                    <w:tc>
                      <w:tcPr>
                        <w:tcW w:w="770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3373C" w:rsidRDefault="00824C9A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>Yang</w:t>
                        </w: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 xml:space="preserve"> Menyerahkan</w:t>
                        </w:r>
                      </w:p>
                      <w:p w:rsidR="0033373C" w:rsidRDefault="00824C9A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 xml:space="preserve"> </w:t>
                        </w:r>
                      </w:p>
                      <w:p w:rsidR="0033373C" w:rsidRDefault="00824C9A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 xml:space="preserve"> </w:t>
                        </w:r>
                      </w:p>
                      <w:p w:rsidR="0033373C" w:rsidRDefault="00824C9A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1A1A1A"/>
                            <w:sz w:val="26"/>
                          </w:rPr>
                          <w:t xml:space="preserve"> </w:t>
                        </w:r>
                      </w:p>
                      <w:p w:rsidR="0033373C" w:rsidRDefault="00824C9A">
                        <w:pPr>
                          <w:spacing w:after="0" w:line="240" w:lineRule="auto"/>
                        </w:pPr>
                        <w:sdt>
                          <w:sdtPr>
                            <w:alias w:val="NAMA_TTD_PENYERAH"/>
                            <w:tag w:val="NAMA_TTD_PENYERAH"/>
                            <w:id w:val="1323623959"/>
                            <w:text/>
                          </w:sdtPr>
                          <w:sdtEndPr/>
                          <w:sdtContent>
                            <w:r>
                              <w:rPr>
                                <w:rFonts w:ascii="Arial" w:eastAsia="Arial" w:hAnsi="Arial"/>
                                <w:i/>
                                <w:color w:val="808080"/>
                                <w:sz w:val="26"/>
                              </w:rPr>
                              <w:t>[Isi nama penyerah]</w:t>
                            </w:r>
                          </w:sdtContent>
                        </w:sdt>
                      </w:p>
                    </w:tc>
                  </w:tr>
                </w:tbl>
                <w:p w:rsidR="0033373C" w:rsidRDefault="0033373C"/>
              </w:tc>
            </w:tr>
          </w:tbl>
          <w:p w:rsidR="0033373C" w:rsidRDefault="0033373C"/>
          <w:p w:rsidR="0033373C" w:rsidRDefault="00824C9A">
            <w:pPr>
              <w:spacing w:after="0" w:line="240" w:lineRule="auto"/>
            </w:pPr>
            <w:r>
              <w:rPr>
                <w:rFonts w:ascii="Arial" w:eastAsia="Arial" w:hAnsi="Arial"/>
                <w:color w:val="1A1A1A"/>
                <w:sz w:val="8"/>
              </w:rPr>
              <w:t xml:space="preserve"> </w:t>
            </w:r>
          </w:p>
        </w:tc>
      </w:tr>
    </w:tbl>
    <w:p w:rsidR="00824C9A" w:rsidRDefault="00824C9A">
      <w:bookmarkStart w:id="0" w:name="_GoBack"/>
      <w:bookmarkEnd w:id="0"/>
    </w:p>
    <w:sectPr w:rsidR="00824C9A" w:rsidSect="00034616">
      <w:pgSz w:w="15840" w:h="12240" w:orient="landscape"/>
      <w:pgMar w:top="216" w:right="216" w:bottom="216" w:left="21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373C"/>
    <w:rsid w:val="0036732F"/>
    <w:rsid w:val="00824C9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67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3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67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3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5F5583-9261-4CA0-9899-3C2BE93A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Ling Ling</cp:lastModifiedBy>
  <cp:revision>2</cp:revision>
  <dcterms:created xsi:type="dcterms:W3CDTF">2013-12-23T23:15:00Z</dcterms:created>
  <dcterms:modified xsi:type="dcterms:W3CDTF">2026-03-13T06:41:00Z</dcterms:modified>
  <cp:category/>
</cp:coreProperties>
</file>