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37"/>
        <w:gridCol w:w="3137"/>
        <w:gridCol w:w="3137"/>
      </w:tblGrid>
      <w:tr w:rsidR="009F09C1">
        <w:trPr>
          <w:jc w:val="center"/>
        </w:trPr>
        <w:tc>
          <w:tcPr>
            <w:tcW w:w="313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09C1" w:rsidRDefault="0009592F">
            <w:bookmarkStart w:id="0" w:name="_GoBack"/>
            <w:bookmarkEnd w:id="0"/>
            <w:r>
              <w:rPr>
                <w:noProof/>
                <w:lang w:eastAsia="zh-CN"/>
              </w:rPr>
              <w:drawing>
                <wp:inline distT="0" distB="0" distL="0" distR="0">
                  <wp:extent cx="1289050" cy="7937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crop.png"/>
                          <pic:cNvPicPr/>
                        </pic:nvPicPr>
                        <pic:blipFill rotWithShape="1">
                          <a:blip r:embed="rId7"/>
                          <a:srcRect b="31582"/>
                          <a:stretch/>
                        </pic:blipFill>
                        <pic:spPr bwMode="auto">
                          <a:xfrm>
                            <a:off x="0" y="0"/>
                            <a:ext cx="1288733" cy="793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09C1" w:rsidRDefault="0009592F">
            <w:pPr>
              <w:spacing w:after="20"/>
              <w:jc w:val="center"/>
            </w:pPr>
            <w:r>
              <w:rPr>
                <w:b/>
                <w:sz w:val="30"/>
              </w:rPr>
              <w:t>PT MITRA ABADI PERKASA</w:t>
            </w:r>
          </w:p>
        </w:tc>
        <w:tc>
          <w:tcPr>
            <w:tcW w:w="313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09C1" w:rsidRDefault="009F09C1"/>
        </w:tc>
      </w:tr>
      <w:tr w:rsidR="009F09C1">
        <w:trPr>
          <w:jc w:val="center"/>
        </w:trPr>
        <w:tc>
          <w:tcPr>
            <w:tcW w:w="3137" w:type="dxa"/>
            <w:vMerge/>
          </w:tcPr>
          <w:p w:rsidR="009F09C1" w:rsidRDefault="009F09C1"/>
        </w:tc>
        <w:tc>
          <w:tcPr>
            <w:tcW w:w="31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09C1" w:rsidRDefault="0009592F">
            <w:pPr>
              <w:jc w:val="center"/>
            </w:pPr>
            <w:r>
              <w:rPr>
                <w:b/>
                <w:sz w:val="22"/>
              </w:rPr>
              <w:t>Jl. Melati Indah No. 45, Bandung     No. Telp: 08123456789</w:t>
            </w:r>
          </w:p>
        </w:tc>
        <w:tc>
          <w:tcPr>
            <w:tcW w:w="3137" w:type="dxa"/>
            <w:vMerge/>
          </w:tcPr>
          <w:p w:rsidR="009F09C1" w:rsidRDefault="009F09C1"/>
        </w:tc>
      </w:tr>
    </w:tbl>
    <w:p w:rsidR="009F09C1" w:rsidRDefault="0009592F">
      <w:pPr>
        <w:spacing w:after="80"/>
      </w:pPr>
      <w:r>
        <w:t xml:space="preserve"> </w:t>
      </w:r>
    </w:p>
    <w:p w:rsidR="009F09C1" w:rsidRDefault="009F09C1">
      <w:pPr>
        <w:pBdr>
          <w:bottom w:val="single" w:sz="8" w:space="1" w:color="7A7A7A"/>
        </w:pBdr>
        <w:spacing w:after="240"/>
        <w:ind w:left="85" w:right="85"/>
      </w:pPr>
    </w:p>
    <w:p w:rsidR="009F09C1" w:rsidRDefault="0009592F">
      <w:pPr>
        <w:tabs>
          <w:tab w:val="right" w:pos="9099"/>
        </w:tabs>
        <w:spacing w:after="360"/>
      </w:pPr>
      <w:r>
        <w:t>No: 1234/A-I/V/2024</w:t>
      </w:r>
      <w:r>
        <w:tab/>
        <w:t>13 Mei 2024</w:t>
      </w:r>
    </w:p>
    <w:p w:rsidR="009F09C1" w:rsidRDefault="0009592F">
      <w:pPr>
        <w:spacing w:after="560"/>
      </w:pPr>
      <w:r>
        <w:t>Hal: Pesanan Barang Inventaris</w:t>
      </w:r>
    </w:p>
    <w:p w:rsidR="009F09C1" w:rsidRDefault="0009592F">
      <w:pPr>
        <w:spacing w:after="120"/>
      </w:pPr>
      <w:r>
        <w:t>PT Solusi Kantor Sejahtera</w:t>
      </w:r>
    </w:p>
    <w:p w:rsidR="009F09C1" w:rsidRDefault="0009592F">
      <w:pPr>
        <w:spacing w:after="120"/>
      </w:pPr>
      <w:r>
        <w:t>Jl. Kebangsaan Raya No. 212</w:t>
      </w:r>
    </w:p>
    <w:p w:rsidR="009F09C1" w:rsidRDefault="0009592F">
      <w:pPr>
        <w:spacing w:after="480"/>
      </w:pPr>
      <w:r>
        <w:t>Jakarta Pusat</w:t>
      </w:r>
    </w:p>
    <w:p w:rsidR="009F09C1" w:rsidRDefault="0009592F">
      <w:pPr>
        <w:spacing w:after="320"/>
      </w:pPr>
      <w:r>
        <w:t>Dengan hormat,</w:t>
      </w:r>
    </w:p>
    <w:p w:rsidR="009F09C1" w:rsidRDefault="0009592F">
      <w:pPr>
        <w:spacing w:after="240" w:line="360" w:lineRule="auto"/>
        <w:jc w:val="both"/>
      </w:pPr>
      <w:r>
        <w:t>Berdasarkan surat penawaran yang diberikan kepada perusahaan kami, kami ingin mengajukan pemesanan barang kepada perusahaan Saudara dengan spesifikasi dan harga sesuai dengan yang sudah ditawarkan kepada kami.</w:t>
      </w:r>
    </w:p>
    <w:p w:rsidR="009F09C1" w:rsidRDefault="0009592F">
      <w:pPr>
        <w:spacing w:after="200"/>
      </w:pPr>
      <w:r>
        <w:t>Berikut ini daftar barang yang kami pesan:</w:t>
      </w:r>
    </w:p>
    <w:tbl>
      <w:tblPr>
        <w:tblStyle w:val="TableGrid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37"/>
        <w:gridCol w:w="3137"/>
        <w:gridCol w:w="3137"/>
      </w:tblGrid>
      <w:tr w:rsidR="009F09C1">
        <w:trPr>
          <w:jc w:val="center"/>
        </w:trPr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F09C1" w:rsidRDefault="0009592F">
            <w:r>
              <w:t>No.</w:t>
            </w:r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F09C1" w:rsidRDefault="0009592F">
            <w:r>
              <w:t>Barang</w:t>
            </w:r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F09C1" w:rsidRDefault="0009592F">
            <w:r>
              <w:t>Jumlah</w:t>
            </w:r>
          </w:p>
        </w:tc>
      </w:tr>
      <w:tr w:rsidR="009F09C1">
        <w:trPr>
          <w:jc w:val="center"/>
        </w:trPr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F09C1" w:rsidRDefault="0009592F">
            <w:r>
              <w:t>1.</w:t>
            </w:r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F09C1" w:rsidRDefault="0009592F">
            <w:r>
              <w:t>Meja Kerja</w:t>
            </w:r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F09C1" w:rsidRDefault="0009592F">
            <w:r>
              <w:t>10</w:t>
            </w:r>
          </w:p>
        </w:tc>
      </w:tr>
      <w:tr w:rsidR="009F09C1">
        <w:trPr>
          <w:jc w:val="center"/>
        </w:trPr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F09C1" w:rsidRDefault="0009592F">
            <w:r>
              <w:t>2.</w:t>
            </w:r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F09C1" w:rsidRDefault="0009592F">
            <w:r>
              <w:t>Kursi Ergonomis</w:t>
            </w:r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F09C1" w:rsidRDefault="0009592F">
            <w:r>
              <w:t>20</w:t>
            </w:r>
          </w:p>
        </w:tc>
      </w:tr>
    </w:tbl>
    <w:p w:rsidR="009F09C1" w:rsidRDefault="0009592F">
      <w:pPr>
        <w:spacing w:after="280"/>
      </w:pPr>
      <w:r>
        <w:t xml:space="preserve"> </w:t>
      </w:r>
    </w:p>
    <w:p w:rsidR="009F09C1" w:rsidRDefault="0009592F">
      <w:pPr>
        <w:spacing w:after="680" w:line="360" w:lineRule="auto"/>
        <w:jc w:val="both"/>
      </w:pPr>
      <w:r>
        <w:t>Pembayaran dilakukan melalui transfer bank ke rekening PT Solusi Kantor Sejahtera setelah barang diterima dengan lengkap dan sesuai pesanan.</w:t>
      </w:r>
    </w:p>
    <w:p w:rsidR="009F09C1" w:rsidRDefault="0009592F">
      <w:pPr>
        <w:spacing w:after="840"/>
      </w:pPr>
      <w:r>
        <w:t>Hormat kami,</w:t>
      </w:r>
    </w:p>
    <w:p w:rsidR="009F09C1" w:rsidRDefault="0009592F">
      <w:pPr>
        <w:spacing w:after="120"/>
      </w:pPr>
      <w:r>
        <w:t>Mutiara Ratnasari</w:t>
      </w:r>
    </w:p>
    <w:p w:rsidR="009F09C1" w:rsidRDefault="0009592F">
      <w:r>
        <w:t>Dept. Purchasing</w:t>
      </w:r>
    </w:p>
    <w:sectPr w:rsidR="009F09C1" w:rsidSect="00034616">
      <w:pgSz w:w="11906" w:h="16838"/>
      <w:pgMar w:top="624" w:right="1247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3748"/>
    <w:rsid w:val="0009592F"/>
    <w:rsid w:val="0015074B"/>
    <w:rsid w:val="0029639D"/>
    <w:rsid w:val="00326F90"/>
    <w:rsid w:val="005E0DDD"/>
    <w:rsid w:val="009F09C1"/>
    <w:rsid w:val="00A169D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937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7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937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7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1941D1-CEB8-48AF-8E97-D629CFE96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Ling Ling</cp:lastModifiedBy>
  <cp:revision>2</cp:revision>
  <cp:lastPrinted>2026-03-13T08:39:00Z</cp:lastPrinted>
  <dcterms:created xsi:type="dcterms:W3CDTF">2026-03-13T09:29:00Z</dcterms:created>
  <dcterms:modified xsi:type="dcterms:W3CDTF">2026-03-13T09:29:00Z</dcterms:modified>
</cp:coreProperties>
</file>