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1F4E78"/>
          <w:sz w:val="28"/>
        </w:rPr>
        <w:t>PT [Nama Perusahaan]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646464"/>
          <w:sz w:val="20"/>
        </w:rPr>
        <w:t>[Alamat Perusahaan]</w:t>
      </w:r>
    </w:p>
    <w:p>
      <w:pPr>
        <w:spacing w:before="0" w:after="240"/>
      </w:pPr>
      <w:r>
        <w:rPr>
          <w:rFonts w:ascii="Calibri" w:hAnsi="Calibri"/>
          <w:b w:val="0"/>
          <w:i w:val="0"/>
          <w:color w:val="646464"/>
          <w:sz w:val="20"/>
        </w:rPr>
        <w:t>[Nomor Telepon] | [Email]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[Kota], [Tanggal]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Nomor: [Nomor Surat]</w:t>
      </w:r>
    </w:p>
    <w:p>
      <w:pPr>
        <w:spacing w:before="0" w:after="240"/>
      </w:pPr>
      <w:r>
        <w:rPr>
          <w:rFonts w:ascii="Calibri" w:hAnsi="Calibri"/>
          <w:b/>
          <w:i w:val="0"/>
          <w:color w:val="333333"/>
          <w:sz w:val="22"/>
        </w:rPr>
        <w:t>Perihal: Penawaran Harga Barang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Yth. Bapak/Ibu [Nama Penerima]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[Jabatan]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[Nama Perusahaan Penerima]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[Alamat]</w:t>
      </w:r>
    </w:p>
    <w:p>
      <w:pPr>
        <w:spacing w:before="240" w:after="120"/>
      </w:pPr>
      <w:r>
        <w:rPr>
          <w:rFonts w:ascii="Calibri" w:hAnsi="Calibri"/>
          <w:b w:val="0"/>
          <w:i w:val="0"/>
          <w:color w:val="333333"/>
          <w:sz w:val="22"/>
        </w:rPr>
        <w:t>Dengan hormat,</w:t>
      </w:r>
    </w:p>
    <w:p>
      <w:pPr>
        <w:spacing w:after="200"/>
      </w:pPr>
      <w:r>
        <w:rPr>
          <w:rFonts w:ascii="Calibri" w:hAnsi="Calibri"/>
          <w:b w:val="0"/>
          <w:i w:val="0"/>
          <w:color w:val="333333"/>
          <w:sz w:val="22"/>
        </w:rPr>
        <w:t>Menindaklanjuti kebutuhan [jenis barang] di [nama perusahaan penerima], kami menyampaikan penawaran harga sebagai berikut: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left w:val="none"/>
          <w:bottom w:val="single" w:sz="4" w:space="0" w:color="D3D3D3"/>
          <w:right w:val="none"/>
          <w:insideH w:val="single" w:sz="4" w:space="0" w:color="D3D3D3"/>
          <w:insideV w:val="none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No.</w:t>
            </w:r>
          </w:p>
        </w:tc>
        <w:tc>
          <w:tcPr>
            <w:tcW w:type="dxa" w:w="1872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Barang dan Spesifikasi</w:t>
            </w:r>
          </w:p>
        </w:tc>
        <w:tc>
          <w:tcPr>
            <w:tcW w:type="dxa" w:w="1872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Jumlah</w:t>
            </w:r>
          </w:p>
        </w:tc>
        <w:tc>
          <w:tcPr>
            <w:tcW w:type="dxa" w:w="1872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Harga Satuan</w:t>
            </w:r>
          </w:p>
        </w:tc>
        <w:tc>
          <w:tcPr>
            <w:tcW w:type="dxa" w:w="1872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Total</w:t>
            </w:r>
          </w:p>
        </w:tc>
      </w:tr>
      <w:tr>
        <w:tc>
          <w:tcPr>
            <w:tcW w:type="dxa" w:w="187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1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[Barang 1 dan spesifikasinya]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[Jumlah] [Satuan]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Rp[Harga]</w:t>
            </w:r>
          </w:p>
        </w:tc>
        <w:tc>
          <w:tcPr>
            <w:tcW w:type="dxa" w:w="187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Rp[Total]</w:t>
            </w:r>
          </w:p>
        </w:tc>
      </w:tr>
      <w:tr>
        <w:tc>
          <w:tcPr>
            <w:tcW w:type="dxa" w:w="1872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2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[Barang 2 dan spesifikasinya]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[Jumlah] [Satuan]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Rp[Harga]</w:t>
            </w:r>
          </w:p>
        </w:tc>
        <w:tc>
          <w:tcPr>
            <w:tcW w:type="dxa" w:w="1872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Rp[Total]</w:t>
            </w:r>
          </w:p>
        </w:tc>
      </w:tr>
    </w:tbl>
    <w:p>
      <w:pPr>
        <w:spacing w:before="120" w:after="120"/>
      </w:pPr>
    </w:p>
    <w:p>
      <w:pPr>
        <w:spacing w:before="80" w:line="288" w:lineRule="auto"/>
      </w:pPr>
      <w:r>
        <w:rPr>
          <w:rFonts w:ascii="Calibri" w:hAnsi="Calibri"/>
          <w:b w:val="0"/>
          <w:i w:val="0"/>
          <w:color w:val="333333"/>
          <w:sz w:val="22"/>
        </w:rPr>
        <w:t>Subtotal: Rp[Nominal]</w:t>
        <w:br/>
      </w:r>
      <w:r>
        <w:rPr>
          <w:rFonts w:ascii="Calibri" w:hAnsi="Calibri"/>
          <w:b w:val="0"/>
          <w:i w:val="0"/>
          <w:color w:val="333333"/>
          <w:sz w:val="22"/>
        </w:rPr>
        <w:t>Diskon: Rp[Nominal, jika ada]</w:t>
        <w:br/>
      </w:r>
      <w:r>
        <w:rPr>
          <w:rFonts w:ascii="Calibri" w:hAnsi="Calibri"/>
          <w:b w:val="0"/>
          <w:i w:val="0"/>
          <w:color w:val="333333"/>
          <w:sz w:val="22"/>
        </w:rPr>
        <w:t>Pajak: Rp[Nominal, jika berlaku]</w:t>
        <w:br/>
      </w:r>
      <w:r>
        <w:rPr>
          <w:rFonts w:ascii="Calibri" w:hAnsi="Calibri"/>
          <w:b w:val="0"/>
          <w:i w:val="0"/>
          <w:color w:val="333333"/>
          <w:sz w:val="22"/>
        </w:rPr>
        <w:t>Biaya pengiriman: Rp[Nominal, jika ada]</w:t>
        <w:br/>
      </w:r>
      <w:r>
        <w:rPr>
          <w:rFonts w:ascii="Calibri" w:hAnsi="Calibri"/>
          <w:b/>
          <w:i w:val="0"/>
          <w:color w:val="333333"/>
          <w:sz w:val="22"/>
        </w:rPr>
        <w:t>Total penawaran: Rp[Nominal]</w:t>
      </w:r>
    </w:p>
    <w:p>
      <w:pPr>
        <w:spacing w:before="200" w:after="20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Harga berlaku hingga [tanggal]. Pembayaran dilakukan melalui [metode dan termin pembayaran]. Barang dikirim ke [alamat tujuan] dalam [jumlah] hari kerja setelah [purchase order atau syarat lain] diterima. Garansi berlaku selama [durasi], dengan ketentuan [ketentuan garansi].</w:t>
        <w:br/>
        <w:br/>
        <w:t>Apabila jumlah atau spesifikasi pesanan berubah, kami akan mengirimkan penawaran yang diperbarui. Untuk klarifikasi, Bapak/Ibu dapat menghubungi [nama kontak] melalui [nomor telepon atau email].</w:t>
      </w:r>
    </w:p>
    <w:p>
      <w:pPr>
        <w:spacing w:before="360" w:after="80"/>
      </w:pPr>
      <w:r>
        <w:rPr>
          <w:rFonts w:ascii="Calibri" w:hAnsi="Calibri"/>
          <w:b w:val="0"/>
          <w:i w:val="0"/>
          <w:color w:val="333333"/>
          <w:sz w:val="22"/>
        </w:rPr>
        <w:t>Hormat kami,</w:t>
      </w:r>
    </w:p>
    <w:p>
      <w:pPr>
        <w:spacing w:before="0" w:after="800"/>
      </w:pPr>
      <w:r>
        <w:rPr>
          <w:rFonts w:ascii="Calibri" w:hAnsi="Calibri"/>
          <w:b/>
          <w:i w:val="0"/>
          <w:color w:val="333333"/>
          <w:sz w:val="22"/>
        </w:rPr>
        <w:t>PT [Nama Perusahaan]</w:t>
      </w:r>
    </w:p>
    <w:p>
      <w:pPr>
        <w:spacing w:before="0" w:after="40"/>
      </w:pPr>
      <w:r>
        <w:rPr>
          <w:rFonts w:ascii="Calibri" w:hAnsi="Calibri"/>
          <w:b/>
          <w:i w:val="0"/>
          <w:color w:val="333333"/>
          <w:sz w:val="22"/>
        </w:rPr>
        <w:t>[Nama Pengirim]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333333"/>
          <w:sz w:val="22"/>
        </w:rPr>
        <w:t>[Jabatan]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