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1F4E78"/>
          <w:sz w:val="28"/>
        </w:rPr>
        <w:t>[Nama Perusahaan Penyedia Jasa]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646464"/>
          <w:sz w:val="20"/>
        </w:rPr>
        <w:t>[Alamat]</w:t>
      </w:r>
    </w:p>
    <w:p>
      <w:pPr>
        <w:spacing w:before="0" w:after="240"/>
      </w:pPr>
      <w:r>
        <w:rPr>
          <w:rFonts w:ascii="Calibri" w:hAnsi="Calibri"/>
          <w:b w:val="0"/>
          <w:i w:val="0"/>
          <w:color w:val="646464"/>
          <w:sz w:val="20"/>
        </w:rPr>
        <w:t>[Nomor Telepon] | [Email]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[Kota], [Tanggal]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Nomor: [Nomor Surat]</w:t>
      </w:r>
    </w:p>
    <w:p>
      <w:pPr>
        <w:spacing w:before="0" w:after="240"/>
      </w:pPr>
      <w:r>
        <w:rPr>
          <w:rFonts w:ascii="Calibri" w:hAnsi="Calibri"/>
          <w:b/>
          <w:i w:val="0"/>
          <w:color w:val="333333"/>
          <w:sz w:val="22"/>
        </w:rPr>
        <w:t>Perihal: Penawaran Harga Jasa [Nama Layanan]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Yth. Bapak/Ibu [Nama Penerima]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[Jabatan]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[Nama Perusahaan Klien]</w:t>
      </w:r>
    </w:p>
    <w:p>
      <w:pPr>
        <w:spacing w:before="240" w:after="120"/>
      </w:pPr>
      <w:r>
        <w:rPr>
          <w:rFonts w:ascii="Calibri" w:hAnsi="Calibri"/>
          <w:b w:val="0"/>
          <w:i w:val="0"/>
          <w:color w:val="333333"/>
          <w:sz w:val="22"/>
        </w:rPr>
        <w:t>Dengan hormat,</w:t>
      </w:r>
    </w:p>
    <w:p>
      <w:pPr>
        <w:spacing w:after="200"/>
      </w:pPr>
      <w:r>
        <w:rPr>
          <w:rFonts w:ascii="Calibri" w:hAnsi="Calibri"/>
          <w:b w:val="0"/>
          <w:i w:val="0"/>
          <w:color w:val="333333"/>
          <w:sz w:val="22"/>
        </w:rPr>
        <w:t>Berdasarkan kebutuhan [nama perusahaan klien] terkait [kebutuhan yang dibahas], kami menawarkan jasa [nama layanan] dengan pilihan berikut: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left w:val="none"/>
          <w:bottom w:val="single" w:sz="4" w:space="0" w:color="D3D3D3"/>
          <w:right w:val="none"/>
          <w:insideH w:val="single" w:sz="4" w:space="0" w:color="D3D3D3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Paket</w:t>
            </w:r>
          </w:p>
        </w:tc>
        <w:tc>
          <w:tcPr>
            <w:tcW w:type="dxa" w:w="234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Ruang Lingkup dan Hasil</w:t>
            </w:r>
          </w:p>
        </w:tc>
        <w:tc>
          <w:tcPr>
            <w:tcW w:type="dxa" w:w="234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Durasi</w:t>
            </w:r>
          </w:p>
        </w:tc>
        <w:tc>
          <w:tcPr>
            <w:tcW w:type="dxa" w:w="234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Harga</w:t>
            </w:r>
          </w:p>
        </w:tc>
      </w:tr>
      <w:tr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[Paket 1]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[Pekerjaan dan hasil yang diterima]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[Durasi]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Rp[Nominal]</w:t>
            </w:r>
          </w:p>
        </w:tc>
      </w:tr>
      <w:tr>
        <w:tc>
          <w:tcPr>
            <w:tcW w:type="dxa" w:w="234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[Paket 2]</w:t>
            </w:r>
          </w:p>
        </w:tc>
        <w:tc>
          <w:tcPr>
            <w:tcW w:type="dxa" w:w="234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[Pekerjaan dan hasil yang diterima]</w:t>
            </w:r>
          </w:p>
        </w:tc>
        <w:tc>
          <w:tcPr>
            <w:tcW w:type="dxa" w:w="234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[Durasi]</w:t>
            </w:r>
          </w:p>
        </w:tc>
        <w:tc>
          <w:tcPr>
            <w:tcW w:type="dxa" w:w="234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Rp[Nominal]</w:t>
            </w:r>
          </w:p>
        </w:tc>
      </w:tr>
      <w:tr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[Paket 3]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[Pekerjaan dan hasil yang diterima]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[Durasi]</w:t>
            </w:r>
          </w:p>
        </w:tc>
        <w:tc>
          <w:tcPr>
            <w:tcW w:type="dxa" w:w="23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Rp[Nominal]</w:t>
            </w:r>
          </w:p>
        </w:tc>
      </w:tr>
    </w:tbl>
    <w:p>
      <w:pPr>
        <w:spacing w:before="120" w:after="120"/>
      </w:pPr>
    </w:p>
    <w:p>
      <w:pPr>
        <w:spacing w:before="200" w:after="20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Harga [sudah atau belum] termasuk pajak dan [biaya lain, jika ada]. Pembayaran dilakukan [di muka, bulanan, atau berdasarkan termin]. Pelaksanaan dimulai setelah [syarat persetujuan]. Penawaran berlaku hingga [tanggal].</w:t>
        <w:br/>
        <w:br/>
        <w:t>Jumlah revisi yang termasuk dalam harga adalah [jumlah], dengan batasan [ketentuan revisi]. Permintaan di luar ruang lingkup akan dihitung dan disetujui secara terpisah sebelum dikerjakan.</w:t>
        <w:br/>
        <w:br/>
        <w:t>Untuk membahas paket yang sesuai, Bapak/Ibu dapat menghubungi [nama kontak] melalui [nomor telepon atau email].</w:t>
      </w:r>
    </w:p>
    <w:p>
      <w:pPr>
        <w:spacing w:before="360" w:after="80"/>
      </w:pPr>
      <w:r>
        <w:rPr>
          <w:rFonts w:ascii="Calibri" w:hAnsi="Calibri"/>
          <w:b w:val="0"/>
          <w:i w:val="0"/>
          <w:color w:val="333333"/>
          <w:sz w:val="22"/>
        </w:rPr>
        <w:t>Hormat kami,</w:t>
      </w:r>
    </w:p>
    <w:p>
      <w:pPr>
        <w:spacing w:before="0" w:after="800"/>
      </w:pPr>
      <w:r>
        <w:rPr>
          <w:rFonts w:ascii="Calibri" w:hAnsi="Calibri"/>
          <w:b/>
          <w:i w:val="0"/>
          <w:color w:val="333333"/>
          <w:sz w:val="22"/>
        </w:rPr>
        <w:t>[Nama Perusahaan Penyedia Jasa]</w:t>
      </w:r>
    </w:p>
    <w:p>
      <w:pPr>
        <w:spacing w:before="0" w:after="40"/>
      </w:pPr>
      <w:r>
        <w:rPr>
          <w:rFonts w:ascii="Calibri" w:hAnsi="Calibri"/>
          <w:b/>
          <w:i w:val="0"/>
          <w:color w:val="333333"/>
          <w:sz w:val="22"/>
        </w:rPr>
        <w:t>[Nama Pengirim]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333333"/>
          <w:sz w:val="22"/>
        </w:rPr>
        <w:t>[Jabatan]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