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1F4E78"/>
          <w:sz w:val="28"/>
        </w:rPr>
        <w:t>PT [Nama Perusahaan]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46464"/>
          <w:sz w:val="20"/>
        </w:rPr>
        <w:t>[Alamat Perusahaan]</w:t>
      </w:r>
    </w:p>
    <w:p>
      <w:pPr>
        <w:spacing w:before="0" w:after="240"/>
      </w:pPr>
      <w:r>
        <w:rPr>
          <w:rFonts w:ascii="Calibri" w:hAnsi="Calibri"/>
          <w:b w:val="0"/>
          <w:i w:val="0"/>
          <w:color w:val="646464"/>
          <w:sz w:val="20"/>
        </w:rPr>
        <w:t>[Nomor Telepon] | [Email]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[Kota], [Tanggal]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Nomor: [Nomor Surat]</w:t>
      </w:r>
    </w:p>
    <w:p>
      <w:pPr>
        <w:spacing w:before="0" w:after="240"/>
      </w:pPr>
      <w:r>
        <w:rPr>
          <w:rFonts w:ascii="Calibri" w:hAnsi="Calibri"/>
          <w:b/>
          <w:i w:val="0"/>
          <w:color w:val="333333"/>
          <w:sz w:val="22"/>
        </w:rPr>
        <w:t>Perihal: Penawaran Harga Pembelian Partai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Yth. Bapak/Ibu [Nama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[Nama Toko atau Perusahaan]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[Alamat]</w:t>
      </w:r>
    </w:p>
    <w:p>
      <w:pPr>
        <w:spacing w:before="240" w:after="120"/>
      </w:pPr>
      <w:r>
        <w:rPr>
          <w:rFonts w:ascii="Calibri" w:hAnsi="Calibri"/>
          <w:b w:val="0"/>
          <w:i w:val="0"/>
          <w:color w:val="333333"/>
          <w:sz w:val="22"/>
        </w:rPr>
        <w:t>Dengan hormat,</w:t>
      </w:r>
    </w:p>
    <w:p>
      <w:pPr>
        <w:spacing w:after="200"/>
      </w:pPr>
      <w:r>
        <w:rPr>
          <w:rFonts w:ascii="Calibri" w:hAnsi="Calibri"/>
          <w:b w:val="0"/>
          <w:i w:val="0"/>
          <w:color w:val="333333"/>
          <w:sz w:val="22"/>
        </w:rPr>
        <w:t>Kami mengajukan penawaran produk [kategori produk] untuk kebutuhan pembelian partai dengan rincian harga berikut: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No.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Produk dan Spesifikasi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Minimal Pembelian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Harga per Unit</w:t>
            </w:r>
          </w:p>
        </w:tc>
      </w:tr>
      <w:tr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1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[Produk 1 dan spesifikasi]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[Jumlah] unit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  <w:tr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2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[Produk 2 dan spesifikasi]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[Jumlah] unit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  <w:tr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3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[Produk 3 dan spesifikasi]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[Jumlah] unit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</w:tbl>
    <w:p>
      <w:pPr>
        <w:spacing w:before="120" w:after="120"/>
      </w:pPr>
    </w:p>
    <w:p>
      <w:pPr>
        <w:spacing w:before="200" w:after="20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Harga tersebut berlaku untuk pesanan yang memenuhi jumlah minimal pada setiap produk hingga [tanggal]. Harga [sudah atau belum] termasuk pajak dan [sudah atau belum] termasuk ongkos kirim.</w:t>
        <w:br/>
        <w:br/>
        <w:t>Ketersediaan stok dikonfirmasi saat pesanan diterima. Pengiriman ke [wilayah] dilakukan dalam [jumlah] hari kerja setelah [purchase order dan syarat pembayaran] terpenuhi. Ketentuan pembayaran adalah [rincian].</w:t>
        <w:br/>
        <w:br/>
        <w:t>Jika jumlah pesanan berubah, harga akan dikonfirmasi kembali secara tertulis.</w:t>
        <w:br/>
        <w:br/>
        <w:t>Kami berharap penawaran ini sesuai dengan kebutuhan Bapak/Ibu. Untuk pemesanan atau klarifikasi, silakan menghubungi [nama kontak] melalui [nomor telepon atau email].</w:t>
      </w:r>
    </w:p>
    <w:p>
      <w:pPr>
        <w:spacing w:before="360" w:after="80"/>
      </w:pPr>
      <w:r>
        <w:rPr>
          <w:rFonts w:ascii="Calibri" w:hAnsi="Calibri"/>
          <w:b w:val="0"/>
          <w:i w:val="0"/>
          <w:color w:val="333333"/>
          <w:sz w:val="22"/>
        </w:rPr>
        <w:t>Hormat kami,</w:t>
      </w:r>
    </w:p>
    <w:p>
      <w:pPr>
        <w:spacing w:before="0" w:after="800"/>
      </w:pPr>
      <w:r>
        <w:rPr>
          <w:rFonts w:ascii="Calibri" w:hAnsi="Calibri"/>
          <w:b/>
          <w:i w:val="0"/>
          <w:color w:val="333333"/>
          <w:sz w:val="22"/>
        </w:rPr>
        <w:t>PT [Nama Perusahaan]</w:t>
      </w:r>
    </w:p>
    <w:p>
      <w:pPr>
        <w:spacing w:before="0" w:after="40"/>
      </w:pPr>
      <w:r>
        <w:rPr>
          <w:rFonts w:ascii="Calibri" w:hAnsi="Calibri"/>
          <w:b/>
          <w:i w:val="0"/>
          <w:color w:val="333333"/>
          <w:sz w:val="22"/>
        </w:rPr>
        <w:t>[Nama Pengirim]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