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1F4E78"/>
          <w:sz w:val="28"/>
        </w:rPr>
        <w:t>[Nama Lengkap]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646464"/>
          <w:sz w:val="20"/>
        </w:rPr>
        <w:t>[Alamat]</w:t>
      </w:r>
    </w:p>
    <w:p>
      <w:pPr>
        <w:spacing w:before="0" w:after="240"/>
      </w:pPr>
      <w:r>
        <w:rPr>
          <w:rFonts w:ascii="Calibri" w:hAnsi="Calibri"/>
          <w:b w:val="0"/>
          <w:i w:val="0"/>
          <w:color w:val="646464"/>
          <w:sz w:val="20"/>
        </w:rPr>
        <w:t>[Nomor Telepon] | [Email]</w:t>
      </w:r>
    </w:p>
    <w:p>
      <w:pPr>
        <w:spacing w:before="0" w:after="80"/>
      </w:pPr>
      <w:r>
        <w:rPr>
          <w:rFonts w:ascii="Calibri" w:hAnsi="Calibri"/>
          <w:b w:val="0"/>
          <w:i w:val="0"/>
          <w:color w:val="333333"/>
          <w:sz w:val="22"/>
        </w:rPr>
        <w:t>[Kota], [Tanggal]</w:t>
      </w:r>
    </w:p>
    <w:p>
      <w:pPr>
        <w:spacing w:before="0" w:after="240"/>
      </w:pPr>
      <w:r>
        <w:rPr>
          <w:rFonts w:ascii="Calibri" w:hAnsi="Calibri"/>
          <w:b/>
          <w:i w:val="0"/>
          <w:color w:val="333333"/>
          <w:sz w:val="22"/>
        </w:rPr>
        <w:t>Perihal: Penawaran Harga [Nama Barang atau Jasa]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Yth. Bapak/Ibu [Nama Penerima]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[Alamat atau Nama Perusahaan]</w:t>
      </w:r>
    </w:p>
    <w:p>
      <w:pPr>
        <w:spacing w:before="240" w:after="120"/>
      </w:pPr>
      <w:r>
        <w:rPr>
          <w:rFonts w:ascii="Calibri" w:hAnsi="Calibri"/>
          <w:b w:val="0"/>
          <w:i w:val="0"/>
          <w:color w:val="333333"/>
          <w:sz w:val="22"/>
        </w:rPr>
        <w:t>Dengan hormat,</w:t>
      </w:r>
    </w:p>
    <w:p>
      <w:pPr>
        <w:spacing w:after="200"/>
      </w:pPr>
      <w:r>
        <w:rPr>
          <w:rFonts w:ascii="Calibri" w:hAnsi="Calibri"/>
          <w:b w:val="0"/>
          <w:i w:val="0"/>
          <w:color w:val="333333"/>
          <w:sz w:val="22"/>
        </w:rPr>
        <w:t>Saya mengajukan penawaran untuk [nama barang atau jasa] sesuai kebutuhan yang telah disampaikan pada [tanggal atau kanal komunikasi].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left w:val="none"/>
          <w:bottom w:val="single" w:sz="4" w:space="0" w:color="D3D3D3"/>
          <w:right w:val="none"/>
          <w:insideH w:val="single" w:sz="4" w:space="0" w:color="D3D3D3"/>
          <w:insideV w:val="none"/>
        </w:tblBorders>
      </w:tblPr>
      <w:tblGrid>
        <w:gridCol w:w="4680"/>
        <w:gridCol w:w="4680"/>
      </w:tblGrid>
      <w:tr>
        <w:tc>
          <w:tcPr>
            <w:tcW w:type="dxa" w:w="468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Uraian</w:t>
            </w:r>
          </w:p>
        </w:tc>
        <w:tc>
          <w:tcPr>
            <w:tcW w:type="dxa" w:w="468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Rincian</w:t>
            </w:r>
          </w:p>
        </w:tc>
      </w:tr>
      <w:tr>
        <w:tc>
          <w:tcPr>
            <w:tcW w:type="dxa" w:w="468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Barang atau jasa</w:t>
            </w:r>
          </w:p>
        </w:tc>
        <w:tc>
          <w:tcPr>
            <w:tcW w:type="dxa" w:w="468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[Nama barang atau jasa]</w:t>
            </w:r>
          </w:p>
        </w:tc>
      </w:tr>
      <w:tr>
        <w:tc>
          <w:tcPr>
            <w:tcW w:type="dxa" w:w="468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Spesifikasi atau ruang lingkup</w:t>
            </w:r>
          </w:p>
        </w:tc>
        <w:tc>
          <w:tcPr>
            <w:tcW w:type="dxa" w:w="468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[Rincian]</w:t>
            </w:r>
          </w:p>
        </w:tc>
      </w:tr>
      <w:tr>
        <w:tc>
          <w:tcPr>
            <w:tcW w:type="dxa" w:w="468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Jumlah</w:t>
            </w:r>
          </w:p>
        </w:tc>
        <w:tc>
          <w:tcPr>
            <w:tcW w:type="dxa" w:w="468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[Jumlah dan satuan]</w:t>
            </w:r>
          </w:p>
        </w:tc>
      </w:tr>
      <w:tr>
        <w:tc>
          <w:tcPr>
            <w:tcW w:type="dxa" w:w="468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Harga</w:t>
            </w:r>
          </w:p>
        </w:tc>
        <w:tc>
          <w:tcPr>
            <w:tcW w:type="dxa" w:w="468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Rp[Nominal]</w:t>
            </w:r>
          </w:p>
        </w:tc>
      </w:tr>
      <w:tr>
        <w:tc>
          <w:tcPr>
            <w:tcW w:type="dxa" w:w="468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Biaya tambahan</w:t>
            </w:r>
          </w:p>
        </w:tc>
        <w:tc>
          <w:tcPr>
            <w:tcW w:type="dxa" w:w="468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Rp[Nominal, jika ada]</w:t>
            </w:r>
          </w:p>
        </w:tc>
      </w:tr>
      <w:tr>
        <w:tc>
          <w:tcPr>
            <w:tcW w:type="dxa" w:w="468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Total penawaran</w:t>
            </w:r>
          </w:p>
        </w:tc>
        <w:tc>
          <w:tcPr>
            <w:tcW w:type="dxa" w:w="468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Rp[Nominal]</w:t>
            </w:r>
          </w:p>
        </w:tc>
      </w:tr>
    </w:tbl>
    <w:p>
      <w:pPr>
        <w:spacing w:before="120" w:after="120"/>
      </w:pPr>
    </w:p>
    <w:p>
      <w:pPr>
        <w:spacing w:before="200" w:after="20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Penawaran berlaku sampai [tanggal]. Pembayaran dilakukan melalui [metode pembayaran] dengan ketentuan [waktu pembayaran]. Barang akan diserahkan atau pekerjaan diselesaikan pada [tanggal atau durasi] di [lokasi]. Perubahan spesifikasi akan dibahas dan disetujui sebelum harga disesuaikan.</w:t>
        <w:br/>
        <w:br/>
        <w:t>Demikian penawaran ini saya sampaikan. Saya dapat dihubungi melalui [nomor telepon atau email] untuk pembahasan lebih lanjut.</w:t>
      </w:r>
    </w:p>
    <w:p>
      <w:pPr>
        <w:spacing w:before="360" w:after="80"/>
      </w:pPr>
      <w:r>
        <w:rPr>
          <w:rFonts w:ascii="Calibri" w:hAnsi="Calibri"/>
          <w:b w:val="0"/>
          <w:i w:val="0"/>
          <w:color w:val="333333"/>
          <w:sz w:val="22"/>
        </w:rPr>
        <w:t>Hormat saya,</w:t>
      </w:r>
    </w:p>
    <w:p>
      <w:pPr>
        <w:spacing w:before="0" w:after="800"/>
      </w:pPr>
      <w:r>
        <w:rPr>
          <w:rFonts w:ascii="Calibri" w:hAnsi="Calibri"/>
          <w:b w:val="0"/>
          <w:i/>
          <w:color w:val="969696"/>
          <w:sz w:val="20"/>
        </w:rPr>
        <w:t>[Tanda Tangan]</w:t>
      </w:r>
    </w:p>
    <w:p>
      <w:pPr>
        <w:spacing w:before="0" w:after="40"/>
      </w:pPr>
      <w:r>
        <w:rPr>
          <w:rFonts w:ascii="Calibri" w:hAnsi="Calibri"/>
          <w:b/>
          <w:i w:val="0"/>
          <w:color w:val="333333"/>
          <w:sz w:val="22"/>
        </w:rPr>
        <w:t>[Nama Lengkap]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