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i w:val="0"/>
          <w:color w:val="1F4E78"/>
          <w:sz w:val="28"/>
        </w:rPr>
        <w:t>PT [Nama Perusahaan]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646464"/>
          <w:sz w:val="20"/>
        </w:rPr>
        <w:t>[Alamat Perusahaan]</w:t>
      </w:r>
    </w:p>
    <w:p>
      <w:pPr>
        <w:spacing w:before="0" w:after="240"/>
      </w:pPr>
      <w:r>
        <w:rPr>
          <w:rFonts w:ascii="Calibri" w:hAnsi="Calibri"/>
          <w:b w:val="0"/>
          <w:i w:val="0"/>
          <w:color w:val="646464"/>
          <w:sz w:val="20"/>
        </w:rPr>
        <w:t>[Nomor Telepon] | [Email]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[Kota], [Tanggal]</w:t>
      </w:r>
    </w:p>
    <w:p>
      <w:pPr>
        <w:spacing w:before="0" w:after="80"/>
      </w:pPr>
      <w:r>
        <w:rPr>
          <w:rFonts w:ascii="Calibri" w:hAnsi="Calibri"/>
          <w:b w:val="0"/>
          <w:i w:val="0"/>
          <w:color w:val="333333"/>
          <w:sz w:val="22"/>
        </w:rPr>
        <w:t>Nomor: [Nomor Surat]</w:t>
      </w:r>
    </w:p>
    <w:p>
      <w:pPr>
        <w:spacing w:before="0" w:after="240"/>
      </w:pPr>
      <w:r>
        <w:rPr>
          <w:rFonts w:ascii="Calibri" w:hAnsi="Calibri"/>
          <w:b/>
          <w:i w:val="0"/>
          <w:color w:val="333333"/>
          <w:sz w:val="22"/>
        </w:rPr>
        <w:t>Perihal: Penawaran Harga Proyek [Nama Proyek]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Yth. Bapak/Ibu [Nama Penerima]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p>
      <w:pPr>
        <w:spacing w:before="0" w:after="40"/>
      </w:pPr>
      <w:r>
        <w:rPr>
          <w:rFonts w:ascii="Calibri" w:hAnsi="Calibri"/>
          <w:b w:val="0"/>
          <w:i w:val="0"/>
          <w:color w:val="333333"/>
          <w:sz w:val="22"/>
        </w:rPr>
        <w:t>[Nama Perusahaan Klien]</w:t>
      </w:r>
    </w:p>
    <w:p>
      <w:pPr>
        <w:spacing w:before="240" w:after="120"/>
      </w:pPr>
      <w:r>
        <w:rPr>
          <w:rFonts w:ascii="Calibri" w:hAnsi="Calibri"/>
          <w:b w:val="0"/>
          <w:i w:val="0"/>
          <w:color w:val="333333"/>
          <w:sz w:val="22"/>
        </w:rPr>
        <w:t>Dengan hormat,</w:t>
      </w:r>
    </w:p>
    <w:p>
      <w:pPr>
        <w:spacing w:after="200"/>
      </w:pPr>
      <w:r>
        <w:rPr>
          <w:rFonts w:ascii="Calibri" w:hAnsi="Calibri"/>
          <w:b w:val="0"/>
          <w:i w:val="0"/>
          <w:color w:val="333333"/>
          <w:sz w:val="22"/>
        </w:rPr>
        <w:t>Sehubungan dengan rencana pekerjaan [nama proyek] di [lokasi proyek], kami mengajukan penawaran berdasarkan ruang lingkup dan volume berikut: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3D3D3"/>
          <w:left w:val="none"/>
          <w:bottom w:val="single" w:sz="4" w:space="0" w:color="D3D3D3"/>
          <w:right w:val="none"/>
          <w:insideH w:val="single" w:sz="4" w:space="0" w:color="D3D3D3"/>
          <w:insideV w:val="none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No.</w:t>
            </w:r>
          </w:p>
        </w:tc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Uraian Pekerjaan</w:t>
            </w:r>
          </w:p>
        </w:tc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Volume</w:t>
            </w:r>
          </w:p>
        </w:tc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Satuan</w:t>
            </w:r>
          </w:p>
        </w:tc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Harga Satuan</w:t>
            </w:r>
          </w:p>
        </w:tc>
        <w:tc>
          <w:tcPr>
            <w:tcW w:type="dxa" w:w="1560"/>
            <w:shd w:fill="1F4E78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Jumlah</w:t>
            </w:r>
          </w:p>
        </w:tc>
      </w:tr>
      <w:tr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1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1]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[Volume]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[Satuan]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Rp[Harga]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Rp[Jumlah]</w:t>
            </w:r>
          </w:p>
        </w:tc>
      </w:tr>
      <w:tr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2</w:t>
            </w:r>
          </w:p>
        </w:tc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2]</w:t>
            </w:r>
          </w:p>
        </w:tc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[Volume]</w:t>
            </w:r>
          </w:p>
        </w:tc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[Satuan]</w:t>
            </w:r>
          </w:p>
        </w:tc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Rp[Harga]</w:t>
            </w:r>
          </w:p>
        </w:tc>
        <w:tc>
          <w:tcPr>
            <w:tcW w:type="dxa" w:w="1560"/>
            <w:shd w:fill="F2F4F7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Rp[Jumlah]</w:t>
            </w:r>
          </w:p>
        </w:tc>
      </w:tr>
      <w:tr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3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[Pekerjaan 3]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[Volume]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[Satuan]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Rp[Harga]</w:t>
            </w:r>
          </w:p>
        </w:tc>
        <w:tc>
          <w:tcPr>
            <w:tcW w:type="dxa" w:w="1560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333333"/>
                <w:sz w:val="20"/>
              </w:rPr>
              <w:t>Rp[Jumlah]</w:t>
            </w:r>
          </w:p>
        </w:tc>
      </w:tr>
    </w:tbl>
    <w:p>
      <w:pPr>
        <w:spacing w:before="120" w:after="120"/>
      </w:pPr>
    </w:p>
    <w:p>
      <w:pPr>
        <w:spacing w:before="80" w:line="288" w:lineRule="auto"/>
      </w:pPr>
      <w:r>
        <w:rPr>
          <w:rFonts w:ascii="Calibri" w:hAnsi="Calibri"/>
          <w:b w:val="0"/>
          <w:i w:val="0"/>
          <w:color w:val="333333"/>
          <w:sz w:val="22"/>
        </w:rPr>
        <w:t>Total sebelum pajak: Rp[Nominal]</w:t>
        <w:br/>
      </w:r>
      <w:r>
        <w:rPr>
          <w:rFonts w:ascii="Calibri" w:hAnsi="Calibri"/>
          <w:b w:val="0"/>
          <w:i w:val="0"/>
          <w:color w:val="333333"/>
          <w:sz w:val="22"/>
        </w:rPr>
        <w:t>Pajak: Rp[Nominal, jika berlaku]</w:t>
        <w:br/>
      </w:r>
      <w:r>
        <w:rPr>
          <w:rFonts w:ascii="Calibri" w:hAnsi="Calibri"/>
          <w:b/>
          <w:i w:val="0"/>
          <w:color w:val="333333"/>
          <w:sz w:val="22"/>
        </w:rPr>
        <w:t>Total nilai proyek: Rp[Nominal]</w:t>
      </w:r>
    </w:p>
    <w:p>
      <w:pPr>
        <w:spacing w:before="200" w:after="200" w:line="276" w:lineRule="auto"/>
      </w:pPr>
      <w:r>
        <w:rPr>
          <w:rFonts w:ascii="Calibri" w:hAnsi="Calibri"/>
          <w:b w:val="0"/>
          <w:i w:val="0"/>
          <w:color w:val="333333"/>
          <w:sz w:val="22"/>
        </w:rPr>
        <w:t>Penawaran ini mencakup [ringkasan pekerjaan yang termasuk] dan tidak mencakup [pekerjaan yang dikecualikan]. Rincian teknis dapat dilampirkan sebagai bagian dari penawaran.</w:t>
        <w:br/>
        <w:br/>
        <w:t>Durasi pelaksanaan adalah [jumlah] hari kerja sejak [syarat dimulainya pekerjaan]. Pembayaran dilakukan dalam [jumlah] termin, yaitu [rincian persentase atau nominal dan waktu pembayaran]. Penawaran berlaku hingga [tanggal].</w:t>
        <w:br/>
        <w:br/>
        <w:t>Setiap pekerjaan tambahan memerlukan persetujuan tertulis atas ruang lingkup, biaya, dan jadwalnya.</w:t>
      </w:r>
    </w:p>
    <w:p>
      <w:pPr>
        <w:spacing w:before="360" w:after="80"/>
      </w:pPr>
      <w:r>
        <w:rPr>
          <w:rFonts w:ascii="Calibri" w:hAnsi="Calibri"/>
          <w:b w:val="0"/>
          <w:i w:val="0"/>
          <w:color w:val="333333"/>
          <w:sz w:val="22"/>
        </w:rPr>
        <w:t>Hormat kami,</w:t>
      </w:r>
    </w:p>
    <w:p>
      <w:pPr>
        <w:spacing w:before="0" w:after="800"/>
      </w:pPr>
      <w:r>
        <w:rPr>
          <w:rFonts w:ascii="Calibri" w:hAnsi="Calibri"/>
          <w:b/>
          <w:i w:val="0"/>
          <w:color w:val="333333"/>
          <w:sz w:val="22"/>
        </w:rPr>
        <w:t>PT [Nama Perusahaan]</w:t>
      </w:r>
    </w:p>
    <w:p>
      <w:pPr>
        <w:spacing w:before="0" w:after="40"/>
      </w:pPr>
      <w:r>
        <w:rPr>
          <w:rFonts w:ascii="Calibri" w:hAnsi="Calibri"/>
          <w:b/>
          <w:i w:val="0"/>
          <w:color w:val="333333"/>
          <w:sz w:val="22"/>
        </w:rPr>
        <w:t>[Nama Pengirim]</w:t>
      </w:r>
    </w:p>
    <w:p>
      <w:pPr>
        <w:spacing w:before="0" w:after="0"/>
      </w:pPr>
      <w:r>
        <w:rPr>
          <w:rFonts w:ascii="Calibri" w:hAnsi="Calibri"/>
          <w:b w:val="0"/>
          <w:i w:val="0"/>
          <w:color w:val="333333"/>
          <w:sz w:val="22"/>
        </w:rPr>
        <w:t>[Jabatan]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