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56000" cy="4296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shmicro-stack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429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200"/>
        <w:jc w:val="center"/>
      </w:pPr>
      <w:r>
        <w:rPr>
          <w:rFonts w:ascii="Poppins" w:hAnsi="Poppins"/>
          <w:b/>
          <w:color w:val="333333"/>
          <w:sz w:val="28"/>
        </w:rPr>
        <w:t>Invoice Pajak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CellMar>
          <w:top w:w="50" w:type="dxa"/>
          <w:left w:w="90" w:type="dxa"/>
          <w:bottom w:w="50" w:type="dxa"/>
          <w:right w:w="90" w:type="dxa"/>
        </w:tblCellMar>
      </w:tblPr>
      <w:tblGrid>
        <w:gridCol w:w="9412"/>
      </w:tblGrid>
      <w:tr>
        <w:tc>
          <w:tcPr>
            <w:tcW w:type="dxa" w:w="9411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Kode dan Nomor Seri Faktur Pajak: [Kode dan Nomor Seri Faktur Pajak]</w:t>
            </w:r>
          </w:p>
        </w:tc>
      </w:tr>
      <w:tr>
        <w:tc>
          <w:tcPr>
            <w:tcW w:type="dxa" w:w="9411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Pengusaha Kena Pajak</w:t>
            </w:r>
          </w:p>
        </w:tc>
      </w:tr>
      <w:tr>
        <w:tc>
          <w:tcPr>
            <w:tcW w:type="dxa" w:w="9411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Nama: [Nama Perusahaan Anda]</w:t>
            </w:r>
          </w:p>
          <w:p>
            <w:pPr>
              <w:spacing w:before="0" w:after="0" w:line="259" w:lineRule="auto"/>
              <w:jc w:val="left"/>
            </w:pPr>
            <w:r>
              <w:rPr>
                <w:rFonts w:ascii="Poppins" w:hAnsi="Poppins" w:eastAsia="Poppins"/>
                <w:b w:val="0"/>
                <w:color w:val="333333"/>
                <w:sz w:val="20"/>
              </w:rPr>
              <w:t>Alamat: [Alamat Perusahaan Anda]</w:t>
            </w:r>
          </w:p>
          <w:p>
            <w:pPr>
              <w:spacing w:before="0" w:after="0" w:line="259" w:lineRule="auto"/>
              <w:jc w:val="left"/>
            </w:pPr>
            <w:r>
              <w:rPr>
                <w:rFonts w:ascii="Poppins" w:hAnsi="Poppins" w:eastAsia="Poppins"/>
                <w:b w:val="0"/>
                <w:color w:val="333333"/>
                <w:sz w:val="20"/>
              </w:rPr>
              <w:t>NPWP: [NPWP Perusahaan Anda]</w:t>
            </w:r>
          </w:p>
        </w:tc>
      </w:tr>
      <w:tr>
        <w:tc>
          <w:tcPr>
            <w:tcW w:type="dxa" w:w="9411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Pembeli Barang Kena Pajak / Penerima Jasa Kena Pajak</w:t>
            </w:r>
          </w:p>
        </w:tc>
      </w:tr>
      <w:tr>
        <w:tc>
          <w:tcPr>
            <w:tcW w:type="dxa" w:w="9411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Nama: [Nama Perusahaan Pembeli]</w:t>
            </w:r>
          </w:p>
          <w:p>
            <w:pPr>
              <w:spacing w:before="0" w:after="0" w:line="259" w:lineRule="auto"/>
              <w:jc w:val="left"/>
            </w:pPr>
            <w:r>
              <w:rPr>
                <w:rFonts w:ascii="Poppins" w:hAnsi="Poppins" w:eastAsia="Poppins"/>
                <w:b w:val="0"/>
                <w:color w:val="333333"/>
                <w:sz w:val="20"/>
              </w:rPr>
              <w:t>Alamat: [Alamat Perusahaan Pembeli]</w:t>
            </w:r>
          </w:p>
          <w:p>
            <w:pPr>
              <w:spacing w:before="0" w:after="0" w:line="259" w:lineRule="auto"/>
              <w:jc w:val="left"/>
            </w:pPr>
            <w:r>
              <w:rPr>
                <w:rFonts w:ascii="Poppins" w:hAnsi="Poppins" w:eastAsia="Poppins"/>
                <w:b w:val="0"/>
                <w:color w:val="333333"/>
                <w:sz w:val="20"/>
              </w:rPr>
              <w:t>NPWP: [NPWP Pembeli]</w:t>
            </w:r>
          </w:p>
        </w:tc>
      </w:tr>
    </w:tbl>
    <w:p>
      <w:pPr>
        <w:spacing w:after="0" w:line="240" w:lineRule="auto"/>
      </w:pPr>
      <w:r>
        <w:rPr>
          <w:sz w:val="1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CellMar>
          <w:top w:w="50" w:type="dxa"/>
          <w:left w:w="90" w:type="dxa"/>
          <w:bottom w:w="50" w:type="dxa"/>
          <w:right w:w="90" w:type="dxa"/>
        </w:tblCellMar>
      </w:tblPr>
      <w:tblGrid>
        <w:gridCol w:w="3137"/>
        <w:gridCol w:w="3137"/>
        <w:gridCol w:w="3137"/>
      </w:tblGrid>
      <w:tr>
        <w:tc>
          <w:tcPr>
            <w:tcW w:type="dxa" w:w="988"/>
            <w:shd w:val="clear" w:color="auto" w:fill="F4CDCE"/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Poppins" w:hAnsi="Poppins" w:eastAsia="Poppins"/>
                <w:b/>
                <w:color w:val="333333"/>
                <w:sz w:val="20"/>
              </w:rPr>
              <w:t>No.</w:t>
            </w:r>
          </w:p>
        </w:tc>
        <w:tc>
          <w:tcPr>
            <w:tcW w:type="dxa" w:w="4894"/>
            <w:shd w:val="clear" w:color="auto" w:fill="F4CDCE"/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Poppins" w:hAnsi="Poppins" w:eastAsia="Poppins"/>
                <w:b/>
                <w:color w:val="333333"/>
                <w:sz w:val="20"/>
              </w:rPr>
              <w:t>Nama Barang Kena Pajak / Jasa Kena Pajak</w:t>
            </w:r>
          </w:p>
        </w:tc>
        <w:tc>
          <w:tcPr>
            <w:tcW w:type="dxa" w:w="3529"/>
            <w:shd w:val="clear" w:color="auto" w:fill="F4CDCE"/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Poppins" w:hAnsi="Poppins" w:eastAsia="Poppins"/>
                <w:b/>
                <w:color w:val="333333"/>
                <w:sz w:val="20"/>
              </w:rPr>
              <w:t>Harga Jual/Penggantian/</w:t>
            </w:r>
          </w:p>
          <w:p>
            <w:pPr>
              <w:spacing w:before="0" w:after="0" w:line="259" w:lineRule="auto"/>
              <w:jc w:val="center"/>
            </w:pPr>
            <w:r>
              <w:rPr>
                <w:rFonts w:ascii="Poppins" w:hAnsi="Poppins" w:eastAsia="Poppins"/>
                <w:b/>
                <w:color w:val="333333"/>
                <w:sz w:val="20"/>
              </w:rPr>
              <w:t>Uang Muka/Termin</w:t>
            </w:r>
          </w:p>
        </w:tc>
      </w:tr>
      <w:tr>
        <w:tc>
          <w:tcPr>
            <w:tcW w:type="dxa" w:w="988"/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1</w:t>
            </w:r>
          </w:p>
        </w:tc>
        <w:tc>
          <w:tcPr>
            <w:tcW w:type="dxa" w:w="4894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[Nama Barang atau Jasa]</w:t>
            </w:r>
          </w:p>
          <w:p>
            <w:pPr>
              <w:spacing w:before="0" w:after="0" w:line="259" w:lineRule="auto"/>
              <w:jc w:val="left"/>
            </w:pPr>
            <w:r>
              <w:rPr>
                <w:rFonts w:ascii="Poppins" w:hAnsi="Poppins" w:eastAsia="Poppins"/>
                <w:b w:val="0"/>
                <w:color w:val="333333"/>
                <w:sz w:val="20"/>
              </w:rPr>
              <w:t>Rp [Harga Satuan] x [Jumlah]</w:t>
            </w:r>
          </w:p>
        </w:tc>
        <w:tc>
          <w:tcPr>
            <w:tcW w:type="dxa" w:w="3529"/>
            <w:vAlign w:val="center"/>
          </w:tcPr>
          <w:p>
            <w:pPr>
              <w:spacing w:before="0" w:after="0" w:line="259" w:lineRule="auto"/>
              <w:jc w:val="righ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Rp [Total Harga]</w:t>
            </w:r>
          </w:p>
        </w:tc>
      </w:tr>
      <w:tr>
        <w:tc>
          <w:tcPr>
            <w:tcW w:type="dxa" w:w="988"/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2</w:t>
            </w:r>
          </w:p>
        </w:tc>
        <w:tc>
          <w:tcPr>
            <w:tcW w:type="dxa" w:w="4894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[Nama Barang atau Jasa]</w:t>
            </w:r>
          </w:p>
          <w:p>
            <w:pPr>
              <w:spacing w:before="0" w:after="0" w:line="259" w:lineRule="auto"/>
              <w:jc w:val="left"/>
            </w:pPr>
            <w:r>
              <w:rPr>
                <w:rFonts w:ascii="Poppins" w:hAnsi="Poppins" w:eastAsia="Poppins"/>
                <w:b w:val="0"/>
                <w:color w:val="333333"/>
                <w:sz w:val="20"/>
              </w:rPr>
              <w:t>Rp [Harga Satuan] x [Jumlah]</w:t>
            </w:r>
          </w:p>
        </w:tc>
        <w:tc>
          <w:tcPr>
            <w:tcW w:type="dxa" w:w="3529"/>
            <w:vAlign w:val="center"/>
          </w:tcPr>
          <w:p>
            <w:pPr>
              <w:spacing w:before="0" w:after="0" w:line="259" w:lineRule="auto"/>
              <w:jc w:val="righ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Rp [Total Harga]</w:t>
            </w:r>
          </w:p>
        </w:tc>
      </w:tr>
      <w:tr>
        <w:tc>
          <w:tcPr>
            <w:tcW w:type="dxa" w:w="5882"/>
            <w:gridSpan w:val="2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Harga Jual Uang Muka</w:t>
            </w:r>
          </w:p>
        </w:tc>
        <w:tc>
          <w:tcPr>
            <w:tcW w:type="dxa" w:w="3529"/>
          </w:tcPr>
          <w:p>
            <w:pPr>
              <w:spacing w:before="0" w:after="0" w:line="259" w:lineRule="auto"/>
              <w:jc w:val="righ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Rp [Jumlah]</w:t>
            </w:r>
          </w:p>
        </w:tc>
      </w:tr>
      <w:tr>
        <w:tc>
          <w:tcPr>
            <w:tcW w:type="dxa" w:w="5882"/>
            <w:gridSpan w:val="2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Dikurangi Potongan Harga</w:t>
            </w:r>
          </w:p>
        </w:tc>
        <w:tc>
          <w:tcPr>
            <w:tcW w:type="dxa" w:w="3529"/>
          </w:tcPr>
          <w:p>
            <w:pPr>
              <w:spacing w:before="0" w:after="0" w:line="259" w:lineRule="auto"/>
              <w:jc w:val="righ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Rp [Jumlah]</w:t>
            </w:r>
          </w:p>
        </w:tc>
      </w:tr>
      <w:tr>
        <w:tc>
          <w:tcPr>
            <w:tcW w:type="dxa" w:w="5882"/>
            <w:gridSpan w:val="2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Dikurangi Uang Muka yang Sudah Diterima</w:t>
            </w:r>
          </w:p>
        </w:tc>
        <w:tc>
          <w:tcPr>
            <w:tcW w:type="dxa" w:w="3529"/>
          </w:tcPr>
          <w:p>
            <w:pPr>
              <w:spacing w:before="0" w:after="0" w:line="259" w:lineRule="auto"/>
              <w:jc w:val="righ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Rp [Jumlah]</w:t>
            </w:r>
          </w:p>
        </w:tc>
      </w:tr>
      <w:tr>
        <w:tc>
          <w:tcPr>
            <w:tcW w:type="dxa" w:w="5882"/>
            <w:gridSpan w:val="2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Dasar Pengenaan Pajak</w:t>
            </w:r>
          </w:p>
        </w:tc>
        <w:tc>
          <w:tcPr>
            <w:tcW w:type="dxa" w:w="3529"/>
          </w:tcPr>
          <w:p>
            <w:pPr>
              <w:spacing w:before="0" w:after="0" w:line="259" w:lineRule="auto"/>
              <w:jc w:val="righ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Rp [Jumlah]</w:t>
            </w:r>
          </w:p>
        </w:tc>
      </w:tr>
      <w:tr>
        <w:tc>
          <w:tcPr>
            <w:tcW w:type="dxa" w:w="5882"/>
            <w:gridSpan w:val="2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PPN = [Tarif]% x Dasar Pengenaan Pajak</w:t>
            </w:r>
          </w:p>
        </w:tc>
        <w:tc>
          <w:tcPr>
            <w:tcW w:type="dxa" w:w="3529"/>
          </w:tcPr>
          <w:p>
            <w:pPr>
              <w:spacing w:before="0" w:after="0" w:line="259" w:lineRule="auto"/>
              <w:jc w:val="righ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Rp [Jumlah]</w:t>
            </w:r>
          </w:p>
        </w:tc>
      </w:tr>
      <w:tr>
        <w:tc>
          <w:tcPr>
            <w:tcW w:type="dxa" w:w="5882"/>
            <w:gridSpan w:val="2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Total (DPP + PPN)</w:t>
            </w:r>
          </w:p>
        </w:tc>
        <w:tc>
          <w:tcPr>
            <w:tcW w:type="dxa" w:w="3529"/>
          </w:tcPr>
          <w:p>
            <w:pPr>
              <w:spacing w:before="0" w:after="0" w:line="259" w:lineRule="auto"/>
              <w:jc w:val="right"/>
            </w:pPr>
            <w:r/>
            <w:r>
              <w:rPr>
                <w:rFonts w:ascii="Poppins" w:hAnsi="Poppins" w:eastAsia="Poppins"/>
                <w:b w:val="0"/>
                <w:color w:val="333333"/>
                <w:sz w:val="20"/>
              </w:rPr>
              <w:t>Rp [Jumlah]</w:t>
            </w:r>
          </w:p>
        </w:tc>
      </w:tr>
    </w:tbl>
    <w:p>
      <w:pPr>
        <w:spacing w:before="360" w:after="0"/>
        <w:ind w:left="5939"/>
      </w:pPr>
      <w:r>
        <w:rPr>
          <w:rFonts w:ascii="Poppins" w:hAnsi="Poppins"/>
          <w:color w:val="333333"/>
          <w:sz w:val="20"/>
        </w:rPr>
        <w:t>[Kota], [Tanggal] [Bulan] [Tahun]</w:t>
      </w:r>
    </w:p>
    <w:p>
      <w:pPr>
        <w:spacing w:before="80" w:after="0"/>
        <w:ind w:left="5939"/>
      </w:pPr>
      <w:r>
        <w:rPr>
          <w:rFonts w:ascii="Poppins" w:hAnsi="Poppins"/>
          <w:color w:val="333333"/>
          <w:sz w:val="20"/>
        </w:rPr>
        <w:t>[Nama Penanda Tangan]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Poppins" w:hAnsi="Poppins" w:eastAsia="Poppi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