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rPr>
          <w:trHeight w:val="680" w:hRule="exact"/>
        </w:trPr>
        <w:tc>
          <w:tcPr>
            <w:tcW w:w="10206" w:type="dxa"/>
            <w:shd w:val="clear" w:color="auto" w:fill="BD1E2D"/>
            <w:vAlign w:val="center"/>
            <w:tcBorders>
              <w:top w:val="single" w:sz="12" w:color="999999"/>
              <w:bottom w:val="single" w:sz="12" w:color="999999"/>
              <w:left w:val="single" w:sz="12" w:color="999999"/>
              <w:right w:val="single" w:sz="12" w:color="999999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36"/>
                <w:u w:val="none"/>
              </w:rPr>
              <w:t>#   Template Kwitansi Pembayaran</w:t>
            </w:r>
          </w:p>
        </w:tc>
      </w:tr>
    </w:tbl>
    <w:p>
      <w:pPr>
        <w:spacing w:before="0" w:after="40" w:line="240" w:lineRule="auto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3"/>
        <w:gridCol w:w="5103"/>
      </w:tblGrid>
      <w:tr>
        <w:trPr>
          <w:trHeight w:val="396" w:hRule="exact"/>
        </w:trPr>
        <w:tc>
          <w:tcPr>
            <w:tcW w:w="3118" w:type="dxa"/>
            <w:tcBorders>
              <w:top w:val="single" w:sz="12" w:color="999999"/>
              <w:bottom w:val="nil"/>
              <w:left w:val="single" w:sz="12" w:color="999999"/>
              <w:right w:val="single" w:sz="4" w:color="CCCCCC"/>
            </w:tcBorders>
            <w:shd w:val="clear" w:color="auto" w:fill="F2F2F2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i/>
                <w:color w:val="888888"/>
                <w:sz w:val="16"/>
                <w:u w:val="none"/>
              </w:rPr>
              <w:t>Sobekan / Arsip</w:t>
            </w:r>
          </w:p>
        </w:tc>
        <w:tc>
          <w:tcPr>
            <w:tcW w:w="7087" w:type="dxa"/>
            <w:tcBorders>
              <w:top w:val="single" w:sz="12" w:color="999999"/>
              <w:bottom w:val="nil"/>
              <w:left w:val="single" w:sz="4" w:color="CCCCCC"/>
              <w:right w:val="single" w:sz="12" w:color="999999"/>
            </w:tcBorders>
            <w:shd w:val="clear" w:color="auto" w:fill="F2F2F2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333333"/>
                <w:sz w:val="22"/>
                <w:u w:val="none"/>
              </w:rPr>
              <w:t>Kwitansi Pembayaran</w:t>
            </w:r>
          </w:p>
        </w:tc>
      </w:tr>
      <w:tr>
        <w:trPr>
          <w:trHeight w:val="425" w:hRule="exact"/>
        </w:trPr>
        <w:tc>
          <w:tcPr>
            <w:tcW w:w="3118" w:type="dxa"/>
            <w:shd w:val="clear" w:color="auto" w:fill="FAFAFA"/>
            <w:tcBorders>
              <w:top w:val="nil"/>
              <w:bottom w:val="nil"/>
              <w:left w:val="single" w:sz="12" w:color="999999"/>
              <w:right w:val="single" w:sz="4" w:color="CCCCCC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1B2733"/>
                <w:sz w:val="18"/>
                <w:u w:val="none"/>
              </w:rPr>
              <w:t>No :</w:t>
            </w:r>
          </w:p>
        </w:tc>
        <w:tc>
          <w:tcPr>
            <w:tcW w:w="7087" w:type="dxa"/>
            <w:shd w:val="clear" w:color="auto" w:fill="FFFFFF"/>
            <w:tcBorders>
              <w:top w:val="nil"/>
              <w:bottom w:val="nil"/>
              <w:left w:val="single" w:sz="4" w:color="CCCCCC"/>
              <w:right w:val="single" w:sz="12" w:color="999999"/>
            </w:tcBorders>
            <w:vAlign w:val="bottom"/>
          </w:tcPr>
          <w:p>
            <w:pPr>
              <w:spacing w:before="0" w:after="0" w:line="240" w:lineRule="auto"/>
              <w:tabs>
                <w:tab w:val="left" w:pos="3685"/>
              </w:tabs>
            </w:pPr>
            <w:r>
              <w:rPr>
                <w:rFonts w:ascii="Calibri" w:hAnsi="Calibri"/>
                <w:b/>
                <w:color w:val="1B2733"/>
                <w:sz w:val="18"/>
              </w:rPr>
              <w:t>No :</w:t>
            </w:r>
            <w:r>
              <w:rPr>
                <w:sz w:val="18"/>
              </w:rPr>
              <w:t xml:space="preserve">  </w:t>
            </w:r>
            <w:r>
              <w:rPr>
                <w:sz w:val="18"/>
                <w:u w:val="single"/>
              </w:rPr>
              <w:t xml:space="preserve">                              </w:t>
            </w:r>
            <w:r>
              <w:rPr>
                <w:rFonts w:ascii="Calibri" w:hAnsi="Calibri"/>
                <w:b/>
                <w:color w:val="1B2733"/>
                <w:sz w:val="18"/>
              </w:rPr>
              <w:t xml:space="preserve">  Tanggal :</w:t>
            </w:r>
            <w:r>
              <w:rPr>
                <w:sz w:val="18"/>
                <w:u w:val="single"/>
              </w:rPr>
              <w:t xml:space="preserve">                         </w:t>
            </w:r>
          </w:p>
        </w:tc>
      </w:tr>
      <w:tr>
        <w:trPr>
          <w:trHeight w:val="425" w:hRule="exact"/>
        </w:trPr>
        <w:tc>
          <w:tcPr>
            <w:tcW w:w="3118" w:type="dxa"/>
            <w:shd w:val="clear" w:color="auto" w:fill="FAFAFA"/>
            <w:tcBorders>
              <w:top w:val="nil"/>
              <w:bottom w:val="nil"/>
              <w:left w:val="single" w:sz="12" w:color="999999"/>
              <w:right w:val="single" w:sz="4" w:color="CCCCCC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1B2733"/>
                <w:sz w:val="18"/>
                <w:u w:val="none"/>
              </w:rPr>
              <w:t>Terima Dari :</w:t>
            </w:r>
          </w:p>
        </w:tc>
        <w:tc>
          <w:tcPr>
            <w:tcW w:w="7087" w:type="dxa"/>
            <w:shd w:val="clear" w:color="auto" w:fill="FFFFFF"/>
            <w:tcBorders>
              <w:top w:val="nil"/>
              <w:bottom w:val="nil"/>
              <w:left w:val="single" w:sz="4" w:color="CCCCCC"/>
              <w:right w:val="single" w:sz="12" w:color="999999"/>
            </w:tcBorders>
            <w:vAlign w:val="bottom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B2733"/>
                <w:sz w:val="18"/>
              </w:rPr>
              <w:t>Terima Dari :</w:t>
            </w:r>
            <w:r>
              <w:rPr>
                <w:sz w:val="18"/>
                <w:u w:val="single"/>
              </w:rPr>
              <w:t xml:space="preserve">                                                                      </w:t>
            </w:r>
          </w:p>
        </w:tc>
      </w:tr>
      <w:tr>
        <w:trPr>
          <w:trHeight w:val="425" w:hRule="exact"/>
        </w:trPr>
        <w:tc>
          <w:tcPr>
            <w:tcW w:w="3118" w:type="dxa"/>
            <w:shd w:val="clear" w:color="auto" w:fill="FAFAFA"/>
            <w:tcBorders>
              <w:top w:val="nil"/>
              <w:bottom w:val="nil"/>
              <w:left w:val="single" w:sz="12" w:color="999999"/>
              <w:right w:val="single" w:sz="4" w:color="CCCCCC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1B2733"/>
                <w:sz w:val="18"/>
                <w:u w:val="none"/>
              </w:rPr>
              <w:t>Tanggal :</w:t>
            </w:r>
          </w:p>
        </w:tc>
        <w:tc>
          <w:tcPr>
            <w:tcW w:w="7087" w:type="dxa"/>
            <w:shd w:val="clear" w:color="auto" w:fill="FFFFFF"/>
            <w:tcBorders>
              <w:top w:val="nil"/>
              <w:bottom w:val="nil"/>
              <w:left w:val="single" w:sz="4" w:color="CCCCCC"/>
              <w:right w:val="single" w:sz="12" w:color="999999"/>
            </w:tcBorders>
            <w:vAlign w:val="bottom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B2733"/>
                <w:sz w:val="18"/>
              </w:rPr>
              <w:t>Terbilang :</w:t>
            </w:r>
            <w:r>
              <w:rPr>
                <w:sz w:val="18"/>
                <w:u w:val="single"/>
              </w:rPr>
              <w:t xml:space="preserve">                                                                         </w:t>
            </w:r>
          </w:p>
        </w:tc>
      </w:tr>
      <w:tr>
        <w:trPr>
          <w:trHeight w:val="425" w:hRule="exact"/>
        </w:trPr>
        <w:tc>
          <w:tcPr>
            <w:tcW w:w="3118" w:type="dxa"/>
            <w:shd w:val="clear" w:color="auto" w:fill="FAFAFA"/>
            <w:tcBorders>
              <w:top w:val="nil"/>
              <w:bottom w:val="nil"/>
              <w:left w:val="single" w:sz="12" w:color="999999"/>
              <w:right w:val="single" w:sz="4" w:color="CCCCCC"/>
            </w:tcBorders>
          </w:tcPr>
          <w:p>
            <w:pPr>
              <w:spacing w:before="0" w:after="0" w:line="240" w:lineRule="auto"/>
            </w:pPr>
            <w:r>
              <w:rPr>
                <w:b/>
                <w:color w:val="1B2733"/>
                <w:sz w:val="18"/>
              </w:rPr>
              <w:t>Jumlah :</w:t>
            </w:r>
          </w:p>
        </w:tc>
        <w:tc>
          <w:tcPr>
            <w:tcW w:w="7087" w:type="dxa"/>
            <w:shd w:val="clear" w:color="auto" w:fill="FFFFFF"/>
            <w:tcBorders>
              <w:top w:val="nil"/>
              <w:bottom w:val="nil"/>
              <w:left w:val="single" w:sz="4" w:color="CCCCCC"/>
              <w:right w:val="single" w:sz="12" w:color="999999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1B2733"/>
                <w:sz w:val="18"/>
                <w:u w:val="none"/>
              </w:rPr>
              <w:t>Untuk Pembayaran :</w:t>
            </w:r>
          </w:p>
        </w:tc>
      </w:tr>
      <w:tr>
        <w:trPr>
          <w:trHeight w:val="425" w:hRule="exact"/>
        </w:trPr>
        <w:tc>
          <w:tcPr>
            <w:tcW w:w="3118" w:type="dxa"/>
            <w:shd w:val="clear" w:color="auto" w:fill="FAFAFA"/>
            <w:tcBorders>
              <w:top w:val="nil"/>
              <w:bottom w:val="nil"/>
              <w:left w:val="single" w:sz="12" w:color="999999"/>
              <w:right w:val="single" w:sz="4" w:color="CCCCCC"/>
            </w:tcBorders>
          </w:tcPr>
          <w:p>
            <w:pPr>
              <w:spacing w:before="0" w:after="0" w:line="240" w:lineRule="auto"/>
            </w:pPr>
            <w:r>
              <w:rPr>
                <w:b/>
                <w:color w:val="1B2733"/>
                <w:sz w:val="16"/>
              </w:rPr>
              <w:t>Untuk Pembayaran :</w:t>
            </w:r>
          </w:p>
        </w:tc>
        <w:tc>
          <w:tcPr>
            <w:tcW w:w="7087" w:type="dxa"/>
            <w:shd w:val="clear" w:color="auto" w:fill="FFFFFF"/>
            <w:vAlign w:val="bottom"/>
            <w:tcBorders>
              <w:top w:val="nil"/>
              <w:bottom w:val="single" w:sz="4" w:color="CCCCCC"/>
              <w:left w:val="single" w:sz="4" w:color="CCCCCC"/>
              <w:right w:val="single" w:sz="12" w:color="999999"/>
            </w:tcBorders>
          </w:tcPr>
          <w:p>
            <w:pPr>
              <w:spacing w:before="0" w:after="0" w:line="240" w:lineRule="auto"/>
            </w:pPr>
            <w:r>
              <w:rPr>
                <w:sz w:val="18"/>
                <w:u w:val="single"/>
              </w:rPr>
              <w:t xml:space="preserve">                                                                                          </w:t>
            </w:r>
          </w:p>
        </w:tc>
      </w:tr>
      <w:tr>
        <w:trPr>
          <w:trHeight w:val="425" w:hRule="exact"/>
        </w:trPr>
        <w:tc>
          <w:tcPr>
            <w:tcW w:w="3118" w:type="dxa"/>
            <w:shd w:val="clear" w:color="auto" w:fill="FAFAFA"/>
            <w:tcBorders>
              <w:top w:val="nil"/>
              <w:bottom w:val="nil"/>
              <w:left w:val="single" w:sz="12" w:color="999999"/>
              <w:right w:val="single" w:sz="4" w:color="CCCCCC"/>
            </w:tcBorders>
          </w:tcPr>
          <w:p>
            <w:pPr>
              <w:spacing w:before="0" w:after="0" w:line="240" w:lineRule="auto"/>
            </w:pPr>
          </w:p>
        </w:tc>
        <w:tc>
          <w:tcPr>
            <w:tcW w:w="7087" w:type="dxa"/>
            <w:shd w:val="clear" w:color="auto" w:fill="FFFFFF"/>
            <w:vAlign w:val="bottom"/>
            <w:tcBorders>
              <w:top w:val="nil"/>
              <w:bottom w:val="single" w:sz="4" w:color="CCCCCC"/>
              <w:left w:val="single" w:sz="4" w:color="CCCCCC"/>
              <w:right w:val="single" w:sz="12" w:color="999999"/>
            </w:tcBorders>
          </w:tcPr>
          <w:p>
            <w:pPr>
              <w:spacing w:before="0" w:after="0" w:line="240" w:lineRule="auto"/>
            </w:pPr>
            <w:r>
              <w:rPr>
                <w:sz w:val="18"/>
                <w:u w:val="single"/>
              </w:rPr>
              <w:t xml:space="preserve">                                                                                          </w:t>
            </w:r>
          </w:p>
        </w:tc>
      </w:tr>
      <w:tr>
        <w:trPr>
          <w:trHeight w:val="311" w:hRule="exact"/>
        </w:trPr>
        <w:tc>
          <w:tcPr>
            <w:tcW w:w="3118" w:type="dxa"/>
            <w:shd w:val="clear" w:color="auto" w:fill="FAFAFA"/>
            <w:tcBorders>
              <w:top w:val="nil"/>
              <w:bottom w:val="nil"/>
              <w:left w:val="single" w:sz="12" w:color="999999"/>
              <w:right w:val="single" w:sz="4" w:color="CCCCCC"/>
            </w:tcBorders>
          </w:tcPr>
          <w:p>
            <w:pPr>
              <w:spacing w:before="0" w:after="0" w:line="240" w:lineRule="auto"/>
            </w:pPr>
          </w:p>
        </w:tc>
        <w:tc>
          <w:tcPr>
            <w:tcW w:w="7087" w:type="dxa"/>
            <w:shd w:val="clear" w:color="auto" w:fill="FFFFFF"/>
            <w:tcBorders>
              <w:top w:val="nil"/>
              <w:bottom w:val="nil"/>
              <w:left w:val="single" w:sz="4" w:color="CCCCCC"/>
              <w:right w:val="single" w:sz="12" w:color="999999"/>
            </w:tcBorders>
          </w:tcPr>
          <w:p>
            <w:pPr>
              <w:spacing w:before="0" w:after="0" w:line="240" w:lineRule="auto"/>
            </w:pPr>
          </w:p>
        </w:tc>
      </w:tr>
      <w:tr>
        <w:trPr>
          <w:trHeight w:val="311" w:hRule="exact"/>
        </w:trPr>
        <w:tc>
          <w:tcPr>
            <w:tcW w:w="3118" w:type="dxa"/>
            <w:shd w:val="clear" w:color="auto" w:fill="FAFAFA"/>
            <w:tcBorders>
              <w:top w:val="nil"/>
              <w:bottom w:val="nil"/>
              <w:left w:val="single" w:sz="12" w:color="999999"/>
              <w:right w:val="single" w:sz="4" w:color="CCCCCC"/>
            </w:tcBorders>
          </w:tcPr>
          <w:p>
            <w:pPr>
              <w:spacing w:before="0" w:after="0" w:line="240" w:lineRule="auto"/>
            </w:pPr>
          </w:p>
        </w:tc>
        <w:tc>
          <w:tcPr>
            <w:tcW w:w="7087" w:type="dxa"/>
            <w:shd w:val="clear" w:color="auto" w:fill="FFFFFF"/>
            <w:tcBorders>
              <w:top w:val="nil"/>
              <w:bottom w:val="nil"/>
              <w:left w:val="single" w:sz="4" w:color="CCCCCC"/>
              <w:right w:val="single" w:sz="12" w:color="999999"/>
            </w:tcBorders>
          </w:tcPr>
          <w:p>
            <w:pPr>
              <w:spacing w:before="0" w:after="0" w:line="240" w:lineRule="auto"/>
            </w:pPr>
          </w:p>
        </w:tc>
      </w:tr>
      <w:tr>
        <w:trPr>
          <w:trHeight w:val="311" w:hRule="exact"/>
        </w:trPr>
        <w:tc>
          <w:tcPr>
            <w:tcW w:w="3118" w:type="dxa"/>
            <w:shd w:val="clear" w:color="auto" w:fill="FAFAFA"/>
            <w:tcBorders>
              <w:top w:val="nil"/>
              <w:bottom w:val="nil"/>
              <w:left w:val="single" w:sz="12" w:color="999999"/>
              <w:right w:val="single" w:sz="4" w:color="CCCCCC"/>
            </w:tcBorders>
          </w:tcPr>
          <w:p>
            <w:pPr>
              <w:spacing w:before="0" w:after="0" w:line="240" w:lineRule="auto"/>
            </w:pPr>
          </w:p>
        </w:tc>
        <w:tc>
          <w:tcPr>
            <w:tcW w:w="7087" w:type="dxa"/>
            <w:shd w:val="clear" w:color="auto" w:fill="FFFFFF"/>
            <w:tcBorders>
              <w:top w:val="nil"/>
              <w:bottom w:val="nil"/>
              <w:left w:val="single" w:sz="4" w:color="CCCCCC"/>
              <w:right w:val="single" w:sz="12" w:color="999999"/>
            </w:tcBorders>
          </w:tcPr>
          <w:p>
            <w:pPr>
              <w:spacing w:before="0" w:after="0" w:line="240" w:lineRule="auto"/>
            </w:pPr>
          </w:p>
        </w:tc>
      </w:tr>
      <w:tr>
        <w:trPr>
          <w:trHeight w:val="311" w:hRule="exact"/>
        </w:trPr>
        <w:tc>
          <w:tcPr>
            <w:tcW w:w="3118" w:type="dxa"/>
            <w:shd w:val="clear" w:color="auto" w:fill="FAFAFA"/>
            <w:tcBorders>
              <w:top w:val="nil"/>
              <w:bottom w:val="nil"/>
              <w:left w:val="single" w:sz="12" w:color="999999"/>
              <w:right w:val="single" w:sz="4" w:color="CCCCCC"/>
            </w:tcBorders>
          </w:tcPr>
          <w:p>
            <w:pPr>
              <w:spacing w:before="0" w:after="0" w:line="240" w:lineRule="auto"/>
            </w:pPr>
          </w:p>
        </w:tc>
        <w:tc>
          <w:tcPr>
            <w:tcW w:w="7087" w:type="dxa"/>
            <w:shd w:val="clear" w:color="auto" w:fill="FFFFFF"/>
            <w:tcBorders>
              <w:top w:val="nil"/>
              <w:bottom w:val="nil"/>
              <w:left w:val="single" w:sz="4" w:color="CCCCCC"/>
              <w:right w:val="single" w:sz="12" w:color="999999"/>
            </w:tcBorders>
          </w:tcPr>
          <w:p>
            <w:pPr>
              <w:spacing w:before="0" w:after="0" w:line="240" w:lineRule="auto"/>
            </w:pPr>
          </w:p>
        </w:tc>
      </w:tr>
      <w:tr>
        <w:trPr>
          <w:trHeight w:val="311" w:hRule="exact"/>
        </w:trPr>
        <w:tc>
          <w:tcPr>
            <w:tcW w:w="3118" w:type="dxa"/>
            <w:shd w:val="clear" w:color="auto" w:fill="FAFAFA"/>
            <w:tcBorders>
              <w:top w:val="nil"/>
              <w:bottom w:val="nil"/>
              <w:left w:val="single" w:sz="12" w:color="999999"/>
              <w:right w:val="single" w:sz="4" w:color="CCCCCC"/>
            </w:tcBorders>
          </w:tcPr>
          <w:p>
            <w:pPr>
              <w:spacing w:before="0" w:after="0" w:line="240" w:lineRule="auto"/>
            </w:pPr>
          </w:p>
        </w:tc>
        <w:tc>
          <w:tcPr>
            <w:tcW w:w="7087" w:type="dxa"/>
            <w:shd w:val="clear" w:color="auto" w:fill="FFFFFF"/>
            <w:tcBorders>
              <w:top w:val="nil"/>
              <w:bottom w:val="nil"/>
              <w:left w:val="single" w:sz="4" w:color="CCCCCC"/>
              <w:right w:val="single" w:sz="12" w:color="999999"/>
            </w:tcBorders>
          </w:tcPr>
          <w:p>
            <w:pPr>
              <w:spacing w:before="0" w:after="0" w:line="240" w:lineRule="auto"/>
            </w:pPr>
          </w:p>
        </w:tc>
      </w:tr>
      <w:tr>
        <w:trPr>
          <w:trHeight w:val="396" w:hRule="exact"/>
        </w:trPr>
        <w:tc>
          <w:tcPr>
            <w:tcW w:w="3118" w:type="dxa"/>
            <w:shd w:val="clear" w:color="auto" w:fill="F2F2F2"/>
            <w:vAlign w:val="center"/>
            <w:tcBorders>
              <w:top w:val="single" w:sz="4" w:color="CCCCCC"/>
              <w:bottom w:val="single" w:sz="4" w:color="CCCCCC"/>
              <w:left w:val="single" w:sz="12" w:color="999999"/>
              <w:right w:val="single" w:sz="4" w:color="CCCCCC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/>
                <w:color w:val="555555"/>
                <w:sz w:val="16"/>
                <w:u w:val="none"/>
              </w:rPr>
              <w:t>Tanda Tangan</w:t>
            </w:r>
          </w:p>
        </w:tc>
        <w:tc>
          <w:tcPr>
            <w:tcW w:w="7087" w:type="dxa"/>
            <w:tcBorders>
              <w:top w:val="nil"/>
              <w:bottom w:val="nil"/>
              <w:left w:val="single" w:sz="4" w:color="CCCCCC"/>
              <w:right w:val="single" w:sz="12" w:color="999999"/>
            </w:tcBorders>
            <w:shd w:val="clear" w:color="auto" w:fill="F2F2F2"/>
          </w:tcPr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2362"/>
              <w:gridCol w:w="2362"/>
              <w:gridCol w:w="2362"/>
            </w:tblGrid>
            <w:tr>
              <w:trPr>
                <w:trHeight w:val="396" w:hRule="exact"/>
              </w:trPr>
              <w:tc>
                <w:tcPr>
                  <w:tcW w:w="1984" w:type="dxa"/>
                  <w:shd w:val="clear" w:color="auto" w:fill="F2F2F2"/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Calibri" w:hAnsi="Calibri"/>
                      <w:b/>
                      <w:i/>
                      <w:color w:val="555555"/>
                      <w:sz w:val="16"/>
                      <w:u w:val="none"/>
                    </w:rPr>
                    <w:t>Jumlah</w:t>
                  </w:r>
                </w:p>
              </w:tc>
              <w:tc>
                <w:tcPr>
                  <w:tcW w:w="2551" w:type="dxa"/>
                  <w:shd w:val="clear" w:color="auto" w:fill="F2F2F2"/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Calibri" w:hAnsi="Calibri"/>
                      <w:b/>
                      <w:i/>
                      <w:color w:val="555555"/>
                      <w:sz w:val="16"/>
                      <w:u w:val="none"/>
                    </w:rPr>
                    <w:t>Tanda Tangan Penerima</w:t>
                  </w:r>
                </w:p>
              </w:tc>
              <w:tc>
                <w:tcPr>
                  <w:tcW w:w="2551" w:type="dxa"/>
                  <w:shd w:val="clear" w:color="auto" w:fill="F2F2F2"/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Calibri" w:hAnsi="Calibri"/>
                      <w:b/>
                      <w:i/>
                      <w:color w:val="555555"/>
                      <w:sz w:val="16"/>
                      <w:u w:val="none"/>
                    </w:rPr>
                    <w:t>Tanda Tangan Penyetor</w:t>
                  </w:r>
                </w:p>
              </w:tc>
            </w:tr>
          </w:tbl>
          <w:p/>
        </w:tc>
      </w:tr>
      <w:tr>
        <w:trPr>
          <w:trHeight w:val="1020" w:hRule="exact"/>
        </w:trPr>
        <w:tc>
          <w:tcPr>
            <w:tcW w:w="3118" w:type="dxa"/>
            <w:tcBorders>
              <w:top w:val="nil"/>
              <w:bottom w:val="nil"/>
              <w:left w:val="single" w:sz="12" w:color="999999"/>
              <w:right w:val="single" w:sz="4" w:color="CCCCCC"/>
            </w:tcBorders>
            <w:shd w:val="clear" w:color="auto" w:fill="FAFAFA"/>
          </w:tcPr>
          <w:p/>
        </w:tc>
        <w:tc>
          <w:tcPr>
            <w:tcW w:w="7087" w:type="dxa"/>
            <w:shd w:val="clear" w:color="auto" w:fill="FFFFFF"/>
            <w:tcBorders>
              <w:top w:val="nil"/>
              <w:bottom w:val="nil"/>
              <w:left w:val="single" w:sz="4" w:color="CCCCCC"/>
              <w:right w:val="single" w:sz="12" w:color="999999"/>
            </w:tcBorders>
          </w:tcPr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2362"/>
              <w:gridCol w:w="2362"/>
              <w:gridCol w:w="2362"/>
            </w:tblGrid>
            <w:tr>
              <w:trPr>
                <w:trHeight w:val="1020" w:hRule="exact"/>
              </w:trPr>
              <w:tc>
                <w:tcPr>
                  <w:tcW w:w="1984" w:type="dxa"/>
                  <w:shd w:val="clear" w:color="auto" w:fill="FFFFFF"/>
                </w:tcPr>
                <w:p>
                  <w:pPr>
                    <w:spacing w:before="0" w:after="0" w:line="240" w:lineRule="auto"/>
                  </w:pPr>
                </w:p>
              </w:tc>
              <w:tc>
                <w:tcPr>
                  <w:tcW w:w="2551" w:type="dxa"/>
                  <w:shd w:val="clear" w:color="auto" w:fill="FFFFFF"/>
                </w:tcPr>
                <w:p>
                  <w:pPr>
                    <w:spacing w:before="0" w:after="0" w:line="240" w:lineRule="auto"/>
                  </w:pPr>
                </w:p>
              </w:tc>
              <w:tc>
                <w:tcPr>
                  <w:tcW w:w="2551" w:type="dxa"/>
                  <w:shd w:val="clear" w:color="auto" w:fill="FFFFFF"/>
                </w:tcPr>
                <w:p>
                  <w:pPr>
                    <w:spacing w:before="0" w:after="0" w:line="240" w:lineRule="auto"/>
                  </w:pPr>
                </w:p>
              </w:tc>
            </w:tr>
          </w:tbl>
          <w:p/>
        </w:tc>
      </w:tr>
      <w:tr>
        <w:trPr>
          <w:trHeight w:val="1020" w:hRule="exact"/>
        </w:trPr>
        <w:tc>
          <w:tcPr>
            <w:tcW w:w="3118" w:type="dxa"/>
            <w:tcBorders>
              <w:top w:val="nil"/>
              <w:bottom w:val="single" w:sz="12" w:color="999999"/>
              <w:left w:val="single" w:sz="12" w:color="999999"/>
              <w:right w:val="single" w:sz="4" w:color="CCCCCC"/>
            </w:tcBorders>
            <w:shd w:val="clear" w:color="auto" w:fill="FAFAFA"/>
          </w:tcPr>
          <w:p/>
        </w:tc>
        <w:tc>
          <w:tcPr>
            <w:tcW w:w="7087" w:type="dxa"/>
            <w:shd w:val="clear" w:color="auto" w:fill="FFFFFF"/>
            <w:tcBorders>
              <w:top w:val="nil"/>
              <w:bottom w:val="single" w:sz="12" w:color="999999"/>
              <w:left w:val="single" w:sz="4" w:color="CCCCCC"/>
              <w:right w:val="single" w:sz="12" w:color="999999"/>
            </w:tcBorders>
          </w:tcPr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2362"/>
              <w:gridCol w:w="2362"/>
              <w:gridCol w:w="2362"/>
            </w:tblGrid>
            <w:tr>
              <w:trPr>
                <w:trHeight w:val="1020" w:hRule="exact"/>
              </w:trPr>
              <w:tc>
                <w:tcPr>
                  <w:tcW w:w="1984" w:type="dxa"/>
                  <w:shd w:val="clear" w:color="auto" w:fill="FFFFFF"/>
                </w:tcPr>
                <w:p>
                  <w:pPr>
                    <w:spacing w:before="0" w:after="0" w:line="240" w:lineRule="auto"/>
                  </w:pPr>
                </w:p>
              </w:tc>
              <w:tc>
                <w:tcPr>
                  <w:tcW w:w="2551" w:type="dxa"/>
                  <w:shd w:val="clear" w:color="auto" w:fill="FFFFFF"/>
                </w:tcPr>
                <w:p>
                  <w:pPr>
                    <w:spacing w:before="0" w:after="0" w:line="240" w:lineRule="auto"/>
                  </w:pPr>
                </w:p>
              </w:tc>
              <w:tc>
                <w:tcPr>
                  <w:tcW w:w="2551" w:type="dxa"/>
                  <w:shd w:val="clear" w:color="auto" w:fill="FFFFFF"/>
                </w:tcPr>
                <w:p>
                  <w:pPr>
                    <w:spacing w:before="0" w:after="0" w:line="240" w:lineRule="auto"/>
                  </w:pPr>
                </w:p>
              </w:tc>
            </w:tr>
          </w:tbl>
          <w:p/>
        </w:tc>
      </w:tr>
      <w:tr>
        <w:trPr>
          <w:trHeight w:val="226" w:hRule="exact"/>
        </w:trPr>
        <w:tc>
          <w:tcPr>
            <w:tcW w:w="3118" w:type="dxa"/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val="clear" w:color="auto" w:fill="FFFFFF"/>
          </w:tcPr>
          <w:p/>
        </w:tc>
        <w:tc>
          <w:tcPr>
            <w:tcW w:w="7087" w:type="dxa"/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val="clear" w:color="auto" w:fill="FFFFFF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i/>
                <w:color w:val="BBBBBB"/>
                <w:sz w:val="14"/>
                <w:u w:val="none"/>
              </w:rPr>
              <w:t>Powered by HashMicro  ·  hashmicro.com</w:t>
            </w:r>
          </w:p>
        </w:tc>
      </w:tr>
    </w:tbl>
    <w:sectPr w:rsidR="00FC693F" w:rsidRPr="0006063C" w:rsidSect="00034616">
      <w:pgSz w:w="11906" w:h="16838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