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/>
          <w:sz w:val="25"/>
          <w:u w:val="none"/>
        </w:rPr>
        <w:t>[NAMA PERUSAHAAN ANDA]</w:t>
      </w:r>
    </w:p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 w:val="0"/>
          <w:sz w:val="24"/>
          <w:u w:val="none"/>
        </w:rPr>
        <w:t>[Alamat Perusahaan], [Kota]</w:t>
      </w:r>
    </w:p>
    <w:p>
      <w:pPr>
        <w:spacing w:after="200" w:line="276" w:lineRule="auto"/>
        <w:jc w:val="center"/>
        <w:pBdr>
          <w:bottom w:val="single" w:sz="6" w:space="6" w:color="C9CCD1"/>
        </w:pBdr>
      </w:pPr>
      <w:r>
        <w:rPr>
          <w:rFonts w:ascii="Poppins" w:hAnsi="Poppins" w:cs="Poppins" w:eastAsia="Poppins"/>
          <w:b w:val="0"/>
          <w:sz w:val="24"/>
          <w:u w:val="none"/>
        </w:rPr>
        <w:t xml:space="preserve">Telp. [Nomor Telepon], Email: </w:t>
      </w:r>
      <w:r>
        <w:rPr>
          <w:rFonts w:ascii="Poppins" w:hAnsi="Poppins" w:cs="Poppins" w:eastAsia="Poppins"/>
          <w:b w:val="0"/>
          <w:color w:val="1155CC"/>
          <w:sz w:val="24"/>
          <w:u w:val="single"/>
        </w:rPr>
        <w:t>[email@perusahaan.com]</w:t>
      </w:r>
    </w:p>
    <w:p>
      <w:pPr>
        <w:spacing w:after="280" w:before="200" w:line="276" w:lineRule="auto"/>
        <w:jc w:val="right"/>
      </w:pPr>
      <w:r>
        <w:rPr>
          <w:rFonts w:ascii="Poppins" w:hAnsi="Poppins" w:cs="Poppins" w:eastAsia="Poppins"/>
          <w:b w:val="0"/>
          <w:sz w:val="24"/>
          <w:u w:val="none"/>
        </w:rPr>
        <w:t>[Kota], [Tanggal] [Bulan] [Tahun]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No : [Nomor Surat]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Lampiran : [Jumlah Berkas]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Hal : Penawaran Harga [Kategori Barang]</w:t>
      </w:r>
    </w:p>
    <w:p>
      <w:pPr>
        <w:spacing w:after="120" w:before="0" w:line="240" w:lineRule="auto"/>
      </w:pP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Kepada Yth,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Pimpinan [Nama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[Alamat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[Kota]</w:t>
      </w:r>
    </w:p>
    <w:p>
      <w:pPr>
        <w:spacing w:after="120" w:before="0" w:line="240" w:lineRule="auto"/>
      </w:pPr>
    </w:p>
    <w:p>
      <w:pPr>
        <w:spacing w:after="20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Dengan hormat,</w:t>
      </w:r>
    </w:p>
    <w:p>
      <w:pPr>
        <w:spacing w:after="28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Kami dari [Nama Perusahaan Anda] bermaksud menawarkan [kategori barang] kepada Bapak/Ibu pimpinan [Nama Perusahaan Penerima]. Kami siap memberikan penawaran harga terbaik untuk produk-produk berikut: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160" w:type="dxa"/>
          <w:bottom w:w="160" w:type="dxa"/>
          <w:left w:w="200" w:type="dxa"/>
          <w:right w:w="200" w:type="dxa"/>
        </w:tblCellMar>
      </w:tblPr>
      <w:tblGrid>
        <w:gridCol w:w="3489"/>
        <w:gridCol w:w="3489"/>
        <w:gridCol w:w="3489"/>
      </w:tblGrid>
      <w:tr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Nama Barang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Merek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Harga (Rp)</w:t>
            </w:r>
          </w:p>
        </w:tc>
      </w:tr>
      <w:tr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[Nama Barang 1]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[Merek 1]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[Harga 1]</w:t>
            </w:r>
          </w:p>
        </w:tc>
      </w:tr>
      <w:tr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[Nama Barang 2]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[Merek 2]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[Harga 2]</w:t>
            </w:r>
          </w:p>
        </w:tc>
      </w:tr>
      <w:tr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[Nama Barang 3]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[Merek 3]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[Harga 3]</w:t>
            </w:r>
          </w:p>
        </w:tc>
      </w:tr>
      <w:tr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[Nama Barang 4]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[Merek 4]</w:t>
            </w:r>
          </w:p>
        </w:tc>
        <w:tc>
          <w:tcPr>
            <w:tcW w:type="dxa" w:w="348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3"/>
                <w:u w:val="none"/>
              </w:rPr>
              <w:t>[Harga 4]</w:t>
            </w:r>
          </w:p>
        </w:tc>
      </w:tr>
    </w:tbl>
    <w:p>
      <w:pPr>
        <w:spacing w:after="0" w:before="0" w:line="240" w:lineRule="auto"/>
      </w:pPr>
    </w:p>
    <w:p>
      <w:pPr>
        <w:spacing w:after="160" w:before="24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Bila Bapak/Ibu berminat, berikut beberapa metode pembayaran yang kami tawarkan: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[Metode Pembayaran 1, contoh: Pembayaran tunai saat barang diantar]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[Metode Pembayaran 2, contoh: Transfer bank (BCA, Mandiri, BNI)]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[Metode Pembayaran 3, contoh: Cicilan 6 kali dengan uang muka 30%]</w:t>
      </w:r>
    </w:p>
    <w:p>
      <w:pPr>
        <w:spacing w:after="280" w:before="24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Demikian surat penawaran harga ini kami sampaikan. Kami sangat berharap Bapak/Ibu berminat dengan harga yang kami tawarkan. Atas perhatiannya, kami ucapkan terima kasih.</w:t>
      </w:r>
    </w:p>
    <w:p>
      <w:pPr>
        <w:spacing w:after="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Hormat kami,</w:t>
      </w:r>
    </w:p>
    <w:p>
      <w:pPr>
        <w:spacing w:after="0" w:before="0" w:line="360" w:lineRule="auto"/>
      </w:pP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Penanda Tangan]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[Jabatan]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Perusahaan Anda]</w:t>
      </w:r>
    </w:p>
    <w:sectPr w:rsidR="00FC693F" w:rsidRPr="0006063C" w:rsidSect="000346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Poppins" w:hAnsi="Poppins" w:eastAsia="Poppins" w:cs="Poppins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