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="276" w:lineRule="auto"/>
        <w:jc w:val="center"/>
      </w:pPr>
      <w:r>
        <w:rPr>
          <w:rFonts w:ascii="Poppins" w:hAnsi="Poppins" w:cs="Poppins" w:eastAsia="Poppins"/>
          <w:b/>
          <w:sz w:val="25"/>
          <w:u w:val="none"/>
        </w:rPr>
        <w:t>[NAMA PERUSAHAAN ANDA]</w:t>
      </w:r>
    </w:p>
    <w:p>
      <w:pPr>
        <w:spacing w:after="0" w:before="0" w:line="276" w:lineRule="auto"/>
        <w:jc w:val="center"/>
      </w:pPr>
      <w:r>
        <w:rPr>
          <w:rFonts w:ascii="Poppins" w:hAnsi="Poppins" w:cs="Poppins" w:eastAsia="Poppins"/>
          <w:b w:val="0"/>
          <w:sz w:val="24"/>
          <w:u w:val="none"/>
        </w:rPr>
        <w:t>[Alamat Perusahaan], [Kota]</w:t>
      </w:r>
    </w:p>
    <w:p>
      <w:pPr>
        <w:spacing w:after="200" w:line="276" w:lineRule="auto"/>
        <w:jc w:val="center"/>
        <w:pBdr>
          <w:bottom w:val="single" w:sz="6" w:space="6" w:color="C9CCD1"/>
        </w:pBdr>
      </w:pPr>
      <w:r>
        <w:rPr>
          <w:rFonts w:ascii="Poppins" w:hAnsi="Poppins" w:cs="Poppins" w:eastAsia="Poppins"/>
          <w:b w:val="0"/>
          <w:sz w:val="24"/>
          <w:u w:val="none"/>
        </w:rPr>
        <w:t xml:space="preserve">Telp. [Nomor Telepon], Email: </w:t>
      </w:r>
      <w:r>
        <w:rPr>
          <w:rFonts w:ascii="Poppins" w:hAnsi="Poppins" w:cs="Poppins" w:eastAsia="Poppins"/>
          <w:b w:val="0"/>
          <w:color w:val="1155CC"/>
          <w:sz w:val="24"/>
          <w:u w:val="single"/>
        </w:rPr>
        <w:t>[email@perusahaan.com]</w:t>
      </w:r>
    </w:p>
    <w:p>
      <w:pPr>
        <w:spacing w:after="280" w:before="200" w:line="276" w:lineRule="auto"/>
        <w:jc w:val="right"/>
      </w:pPr>
      <w:r>
        <w:rPr>
          <w:rFonts w:ascii="Poppins" w:hAnsi="Poppins" w:cs="Poppins" w:eastAsia="Poppins"/>
          <w:b w:val="0"/>
          <w:sz w:val="24"/>
          <w:u w:val="none"/>
        </w:rPr>
        <w:t>[Kota], [Tanggal] [Bulan] [Tahun]</w:t>
      </w:r>
    </w:p>
    <w:p>
      <w:pPr>
        <w:spacing w:after="0" w:before="0" w:line="288" w:lineRule="auto"/>
      </w:pPr>
      <w:r>
        <w:rPr>
          <w:rFonts w:ascii="Poppins" w:hAnsi="Poppins" w:cs="Poppins" w:eastAsia="Poppins"/>
          <w:b w:val="0"/>
          <w:sz w:val="23"/>
          <w:u w:val="none"/>
        </w:rPr>
        <w:t>Nomor: [Nomor Surat]</w:t>
      </w:r>
    </w:p>
    <w:p>
      <w:pPr>
        <w:spacing w:after="0" w:before="0" w:line="288" w:lineRule="auto"/>
      </w:pPr>
      <w:r>
        <w:rPr>
          <w:rFonts w:ascii="Poppins" w:hAnsi="Poppins" w:cs="Poppins" w:eastAsia="Poppins"/>
          <w:b w:val="0"/>
          <w:sz w:val="23"/>
          <w:u w:val="none"/>
        </w:rPr>
        <w:t>Lampiran: [Jumlah Berkas]</w:t>
      </w:r>
    </w:p>
    <w:p>
      <w:pPr>
        <w:spacing w:after="0" w:before="0" w:line="288" w:lineRule="auto"/>
      </w:pPr>
      <w:r>
        <w:rPr>
          <w:rFonts w:ascii="Poppins" w:hAnsi="Poppins" w:cs="Poppins" w:eastAsia="Poppins"/>
          <w:b w:val="0"/>
          <w:sz w:val="23"/>
          <w:u w:val="none"/>
        </w:rPr>
        <w:t>Hal: Penawaran Harga [Nama Jasa atau Pekerjaan]</w:t>
      </w:r>
    </w:p>
    <w:p>
      <w:pPr>
        <w:spacing w:after="120" w:before="0" w:line="240" w:lineRule="auto"/>
      </w:pPr>
    </w:p>
    <w:p>
      <w:pPr>
        <w:spacing w:after="0" w:before="0" w:line="288" w:lineRule="auto"/>
      </w:pPr>
      <w:r>
        <w:rPr>
          <w:rFonts w:ascii="Poppins" w:hAnsi="Poppins" w:cs="Poppins" w:eastAsia="Poppins"/>
          <w:b w:val="0"/>
          <w:sz w:val="23"/>
          <w:u w:val="none"/>
        </w:rPr>
        <w:t>Kepada Yth,</w:t>
      </w:r>
    </w:p>
    <w:p>
      <w:pPr>
        <w:spacing w:after="0" w:before="0" w:line="288" w:lineRule="auto"/>
      </w:pPr>
      <w:r>
        <w:rPr>
          <w:rFonts w:ascii="Poppins" w:hAnsi="Poppins" w:cs="Poppins" w:eastAsia="Poppins"/>
          <w:b w:val="0"/>
          <w:sz w:val="23"/>
          <w:u w:val="none"/>
        </w:rPr>
        <w:t>[Bagian atau Jabatan Penerima]</w:t>
      </w:r>
    </w:p>
    <w:p>
      <w:pPr>
        <w:spacing w:after="0" w:before="0" w:line="288" w:lineRule="auto"/>
      </w:pPr>
      <w:r>
        <w:rPr>
          <w:rFonts w:ascii="Poppins" w:hAnsi="Poppins" w:cs="Poppins" w:eastAsia="Poppins"/>
          <w:b w:val="0"/>
          <w:sz w:val="23"/>
          <w:u w:val="none"/>
        </w:rPr>
        <w:t>[NAMA PERUSAHAAN PENERIMA]</w:t>
      </w:r>
    </w:p>
    <w:p>
      <w:pPr>
        <w:spacing w:after="0" w:before="0" w:line="288" w:lineRule="auto"/>
      </w:pPr>
      <w:r>
        <w:rPr>
          <w:rFonts w:ascii="Poppins" w:hAnsi="Poppins" w:cs="Poppins" w:eastAsia="Poppins"/>
          <w:b w:val="0"/>
          <w:sz w:val="23"/>
          <w:u w:val="none"/>
        </w:rPr>
        <w:t>[Alamat Perusahaan Penerima]</w:t>
      </w:r>
    </w:p>
    <w:p>
      <w:pPr>
        <w:spacing w:after="0" w:before="0" w:line="288" w:lineRule="auto"/>
      </w:pPr>
      <w:r>
        <w:rPr>
          <w:rFonts w:ascii="Poppins" w:hAnsi="Poppins" w:cs="Poppins" w:eastAsia="Poppins"/>
          <w:b w:val="0"/>
          <w:sz w:val="23"/>
          <w:u w:val="none"/>
        </w:rPr>
        <w:t>[Kota] - [Provinsi]</w:t>
      </w:r>
    </w:p>
    <w:p>
      <w:pPr>
        <w:spacing w:after="120" w:before="0" w:line="240" w:lineRule="auto"/>
      </w:pPr>
    </w:p>
    <w:p>
      <w:pPr>
        <w:spacing w:after="200" w:before="0" w:line="360" w:lineRule="auto"/>
      </w:pPr>
      <w:r>
        <w:rPr>
          <w:rFonts w:ascii="Poppins" w:hAnsi="Poppins" w:cs="Poppins" w:eastAsia="Poppins"/>
          <w:b w:val="0"/>
          <w:sz w:val="23"/>
          <w:u w:val="none"/>
        </w:rPr>
        <w:t>Dengan hormat,</w:t>
      </w:r>
    </w:p>
    <w:p>
      <w:pPr>
        <w:spacing w:after="200" w:before="0" w:line="360" w:lineRule="auto"/>
      </w:pPr>
      <w:r>
        <w:rPr>
          <w:rFonts w:ascii="Poppins" w:hAnsi="Poppins" w:cs="Poppins" w:eastAsia="Poppins"/>
          <w:b w:val="0"/>
          <w:sz w:val="23"/>
          <w:u w:val="none"/>
        </w:rPr>
        <w:t>Bersama ini kami, [Nama Perusahaan Anda], yang bergerak dalam bidang [bidang usaha atau layanan], mengajukan penawaran harga untuk kebutuhan [nama jasa atau pekerjaan] di perusahaan Bapak/Ibu. Adapun rincian pekerjaan dan harga yang kami tawarkan adalah sebagai berikut:</w:t>
      </w:r>
    </w:p>
    <w:p>
      <w:pPr>
        <w:spacing w:after="120" w:before="0" w:line="312" w:lineRule="auto"/>
      </w:pPr>
      <w:r>
        <w:rPr>
          <w:rFonts w:ascii="Poppins" w:hAnsi="Poppins" w:cs="Poppins" w:eastAsia="Poppins"/>
          <w:b/>
          <w:sz w:val="23"/>
          <w:u w:val="none"/>
        </w:rPr>
        <w:t>Spesifikasi Produk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top w:w="130" w:type="dxa"/>
          <w:bottom w:w="130" w:type="dxa"/>
          <w:left w:w="130" w:type="dxa"/>
          <w:right w:w="130" w:type="dxa"/>
        </w:tblCellMar>
      </w:tblPr>
      <w:tblGrid>
        <w:gridCol w:w="1744"/>
        <w:gridCol w:w="1744"/>
        <w:gridCol w:w="1744"/>
        <w:gridCol w:w="1744"/>
        <w:gridCol w:w="1744"/>
        <w:gridCol w:w="1744"/>
      </w:tblGrid>
      <w:tr>
        <w:tc>
          <w:tcPr>
            <w:tcW w:type="dxa" w:w="628"/>
          </w:tcPr>
          <w:p>
            <w:pPr>
              <w:spacing w:after="0" w:line="276" w:lineRule="auto"/>
            </w:pPr>
            <w:r>
              <w:rPr>
                <w:rFonts w:ascii="Poppins" w:hAnsi="Poppins" w:cs="Poppins" w:eastAsia="Poppins"/>
                <w:b w:val="0"/>
                <w:sz w:val="20"/>
                <w:u w:val="none"/>
              </w:rPr>
              <w:t>No</w:t>
            </w:r>
          </w:p>
        </w:tc>
        <w:tc>
          <w:tcPr>
            <w:tcW w:type="dxa" w:w="1884"/>
          </w:tcPr>
          <w:p>
            <w:pPr>
              <w:spacing w:after="0" w:line="276" w:lineRule="auto"/>
            </w:pPr>
            <w:r>
              <w:rPr>
                <w:rFonts w:ascii="Poppins" w:hAnsi="Poppins" w:cs="Poppins" w:eastAsia="Poppins"/>
                <w:b w:val="0"/>
                <w:sz w:val="20"/>
                <w:u w:val="none"/>
              </w:rPr>
              <w:t>Nama Produk</w:t>
            </w:r>
          </w:p>
        </w:tc>
        <w:tc>
          <w:tcPr>
            <w:tcW w:type="dxa" w:w="1779"/>
          </w:tcPr>
          <w:p>
            <w:pPr>
              <w:spacing w:after="0" w:line="276" w:lineRule="auto"/>
            </w:pPr>
            <w:r>
              <w:rPr>
                <w:rFonts w:ascii="Poppins" w:hAnsi="Poppins" w:cs="Poppins" w:eastAsia="Poppins"/>
                <w:b w:val="0"/>
                <w:sz w:val="20"/>
                <w:u w:val="none"/>
              </w:rPr>
              <w:t>Spesifikasi</w:t>
            </w:r>
          </w:p>
        </w:tc>
        <w:tc>
          <w:tcPr>
            <w:tcW w:type="dxa" w:w="1361"/>
          </w:tcPr>
          <w:p>
            <w:pPr>
              <w:spacing w:after="0" w:line="276" w:lineRule="auto"/>
            </w:pPr>
            <w:r>
              <w:rPr>
                <w:rFonts w:ascii="Poppins" w:hAnsi="Poppins" w:cs="Poppins" w:eastAsia="Poppins"/>
                <w:b w:val="0"/>
                <w:sz w:val="20"/>
                <w:u w:val="none"/>
              </w:rPr>
              <w:t>Jumlah</w:t>
            </w:r>
          </w:p>
        </w:tc>
        <w:tc>
          <w:tcPr>
            <w:tcW w:type="dxa" w:w="2616"/>
          </w:tcPr>
          <w:p>
            <w:pPr>
              <w:spacing w:after="0" w:line="276" w:lineRule="auto"/>
            </w:pPr>
            <w:r>
              <w:rPr>
                <w:rFonts w:ascii="Poppins" w:hAnsi="Poppins" w:cs="Poppins" w:eastAsia="Poppins"/>
                <w:b w:val="0"/>
                <w:sz w:val="20"/>
                <w:u w:val="none"/>
              </w:rPr>
              <w:t>Harga / Unit</w:t>
            </w:r>
          </w:p>
        </w:tc>
        <w:tc>
          <w:tcPr>
            <w:tcW w:type="dxa" w:w="2198"/>
          </w:tcPr>
          <w:p>
            <w:pPr>
              <w:spacing w:after="0" w:line="276" w:lineRule="auto"/>
            </w:pPr>
            <w:r>
              <w:rPr>
                <w:rFonts w:ascii="Poppins" w:hAnsi="Poppins" w:cs="Poppins" w:eastAsia="Poppins"/>
                <w:b w:val="0"/>
                <w:sz w:val="20"/>
                <w:u w:val="none"/>
              </w:rPr>
              <w:t>Total</w:t>
            </w:r>
          </w:p>
        </w:tc>
      </w:tr>
      <w:tr>
        <w:tc>
          <w:tcPr>
            <w:tcW w:type="dxa" w:w="628"/>
          </w:tcPr>
          <w:p>
            <w:pPr>
              <w:spacing w:after="0" w:line="276" w:lineRule="auto"/>
            </w:pPr>
            <w:r>
              <w:rPr>
                <w:rFonts w:ascii="Poppins" w:hAnsi="Poppins" w:cs="Poppins" w:eastAsia="Poppins"/>
                <w:b w:val="0"/>
                <w:sz w:val="20"/>
                <w:u w:val="none"/>
              </w:rPr>
              <w:t>1</w:t>
            </w:r>
          </w:p>
        </w:tc>
        <w:tc>
          <w:tcPr>
            <w:tcW w:type="dxa" w:w="1884"/>
          </w:tcPr>
          <w:p>
            <w:pPr>
              <w:spacing w:after="0" w:line="276" w:lineRule="auto"/>
            </w:pPr>
            <w:r>
              <w:rPr>
                <w:rFonts w:ascii="Poppins" w:hAnsi="Poppins" w:cs="Poppins" w:eastAsia="Poppins"/>
                <w:b w:val="0"/>
                <w:sz w:val="20"/>
                <w:u w:val="none"/>
              </w:rPr>
              <w:t>[Nama Produk]</w:t>
            </w:r>
          </w:p>
        </w:tc>
        <w:tc>
          <w:tcPr>
            <w:tcW w:type="dxa" w:w="1779"/>
          </w:tcPr>
          <w:p>
            <w:pPr>
              <w:spacing w:after="0" w:line="276" w:lineRule="auto"/>
            </w:pPr>
            <w:r>
              <w:rPr>
                <w:rFonts w:ascii="Poppins" w:hAnsi="Poppins" w:cs="Poppins" w:eastAsia="Poppins"/>
                <w:b w:val="0"/>
                <w:sz w:val="20"/>
                <w:u w:val="none"/>
              </w:rPr>
              <w:t>[Spesifikasi]</w:t>
            </w:r>
          </w:p>
        </w:tc>
        <w:tc>
          <w:tcPr>
            <w:tcW w:type="dxa" w:w="1361"/>
          </w:tcPr>
          <w:p>
            <w:pPr>
              <w:spacing w:after="0" w:line="276" w:lineRule="auto"/>
            </w:pPr>
            <w:r>
              <w:rPr>
                <w:rFonts w:ascii="Poppins" w:hAnsi="Poppins" w:cs="Poppins" w:eastAsia="Poppins"/>
                <w:b w:val="0"/>
                <w:sz w:val="20"/>
                <w:u w:val="none"/>
              </w:rPr>
              <w:t>[Jumlah]</w:t>
            </w:r>
          </w:p>
        </w:tc>
        <w:tc>
          <w:tcPr>
            <w:tcW w:type="dxa" w:w="2616"/>
          </w:tcPr>
          <w:p>
            <w:pPr>
              <w:spacing w:after="0" w:line="276" w:lineRule="auto"/>
            </w:pPr>
            <w:r>
              <w:rPr>
                <w:rFonts w:ascii="Poppins" w:hAnsi="Poppins" w:cs="Poppins" w:eastAsia="Poppins"/>
                <w:b w:val="0"/>
                <w:sz w:val="20"/>
                <w:u w:val="none"/>
              </w:rPr>
              <w:t>Rp. [Harga Unit]</w:t>
            </w:r>
          </w:p>
        </w:tc>
        <w:tc>
          <w:tcPr>
            <w:tcW w:type="dxa" w:w="2198"/>
          </w:tcPr>
          <w:p>
            <w:pPr>
              <w:spacing w:after="0" w:line="276" w:lineRule="auto"/>
            </w:pPr>
            <w:r>
              <w:rPr>
                <w:rFonts w:ascii="Poppins" w:hAnsi="Poppins" w:cs="Poppins" w:eastAsia="Poppins"/>
                <w:b w:val="0"/>
                <w:sz w:val="20"/>
                <w:u w:val="none"/>
              </w:rPr>
              <w:t>Rp. [Total]</w:t>
            </w:r>
          </w:p>
        </w:tc>
      </w:tr>
      <w:tr>
        <w:tc>
          <w:tcPr>
            <w:tcW w:type="dxa" w:w="628"/>
          </w:tcPr>
          <w:p>
            <w:pPr>
              <w:spacing w:after="0" w:line="276" w:lineRule="auto"/>
            </w:pPr>
            <w:r>
              <w:rPr>
                <w:rFonts w:ascii="Poppins" w:hAnsi="Poppins" w:cs="Poppins" w:eastAsia="Poppins"/>
                <w:b w:val="0"/>
                <w:sz w:val="20"/>
                <w:u w:val="none"/>
              </w:rPr>
              <w:t>2</w:t>
            </w:r>
          </w:p>
        </w:tc>
        <w:tc>
          <w:tcPr>
            <w:tcW w:type="dxa" w:w="1884"/>
          </w:tcPr>
          <w:p>
            <w:pPr>
              <w:spacing w:after="0" w:line="276" w:lineRule="auto"/>
            </w:pPr>
            <w:r>
              <w:rPr>
                <w:rFonts w:ascii="Poppins" w:hAnsi="Poppins" w:cs="Poppins" w:eastAsia="Poppins"/>
                <w:b w:val="0"/>
                <w:sz w:val="20"/>
                <w:u w:val="none"/>
              </w:rPr>
              <w:t>[Nama Produk]</w:t>
            </w:r>
          </w:p>
        </w:tc>
        <w:tc>
          <w:tcPr>
            <w:tcW w:type="dxa" w:w="1779"/>
          </w:tcPr>
          <w:p>
            <w:pPr>
              <w:spacing w:after="0" w:line="276" w:lineRule="auto"/>
            </w:pPr>
            <w:r>
              <w:rPr>
                <w:rFonts w:ascii="Poppins" w:hAnsi="Poppins" w:cs="Poppins" w:eastAsia="Poppins"/>
                <w:b w:val="0"/>
                <w:sz w:val="20"/>
                <w:u w:val="none"/>
              </w:rPr>
              <w:t>[Spesifikasi]</w:t>
            </w:r>
          </w:p>
        </w:tc>
        <w:tc>
          <w:tcPr>
            <w:tcW w:type="dxa" w:w="1361"/>
          </w:tcPr>
          <w:p>
            <w:pPr>
              <w:spacing w:after="0" w:line="276" w:lineRule="auto"/>
            </w:pPr>
            <w:r>
              <w:rPr>
                <w:rFonts w:ascii="Poppins" w:hAnsi="Poppins" w:cs="Poppins" w:eastAsia="Poppins"/>
                <w:b w:val="0"/>
                <w:sz w:val="20"/>
                <w:u w:val="none"/>
              </w:rPr>
              <w:t>[Jumlah]</w:t>
            </w:r>
          </w:p>
        </w:tc>
        <w:tc>
          <w:tcPr>
            <w:tcW w:type="dxa" w:w="2616"/>
          </w:tcPr>
          <w:p>
            <w:pPr>
              <w:spacing w:after="0" w:line="276" w:lineRule="auto"/>
            </w:pPr>
            <w:r>
              <w:rPr>
                <w:rFonts w:ascii="Poppins" w:hAnsi="Poppins" w:cs="Poppins" w:eastAsia="Poppins"/>
                <w:b w:val="0"/>
                <w:sz w:val="20"/>
                <w:u w:val="none"/>
              </w:rPr>
              <w:t>Rp. [Harga Unit]</w:t>
            </w:r>
          </w:p>
        </w:tc>
        <w:tc>
          <w:tcPr>
            <w:tcW w:type="dxa" w:w="2198"/>
          </w:tcPr>
          <w:p>
            <w:pPr>
              <w:spacing w:after="0" w:line="276" w:lineRule="auto"/>
            </w:pPr>
            <w:r>
              <w:rPr>
                <w:rFonts w:ascii="Poppins" w:hAnsi="Poppins" w:cs="Poppins" w:eastAsia="Poppins"/>
                <w:b w:val="0"/>
                <w:sz w:val="20"/>
                <w:u w:val="none"/>
              </w:rPr>
              <w:t>Rp. [Total]</w:t>
            </w:r>
          </w:p>
        </w:tc>
      </w:tr>
      <w:tr>
        <w:tc>
          <w:tcPr>
            <w:tcW w:type="dxa" w:w="628"/>
          </w:tcPr>
          <w:p>
            <w:pPr>
              <w:spacing w:after="0" w:line="276" w:lineRule="auto"/>
            </w:pPr>
            <w:r>
              <w:rPr>
                <w:rFonts w:ascii="Poppins" w:hAnsi="Poppins" w:cs="Poppins" w:eastAsia="Poppins"/>
                <w:b w:val="0"/>
                <w:sz w:val="20"/>
                <w:u w:val="none"/>
              </w:rPr>
              <w:t>3</w:t>
            </w:r>
          </w:p>
        </w:tc>
        <w:tc>
          <w:tcPr>
            <w:tcW w:type="dxa" w:w="1884"/>
          </w:tcPr>
          <w:p>
            <w:pPr>
              <w:spacing w:after="0" w:line="276" w:lineRule="auto"/>
            </w:pPr>
            <w:r>
              <w:rPr>
                <w:rFonts w:ascii="Poppins" w:hAnsi="Poppins" w:cs="Poppins" w:eastAsia="Poppins"/>
                <w:b w:val="0"/>
                <w:sz w:val="20"/>
                <w:u w:val="none"/>
              </w:rPr>
              <w:t>[Nama Produk]</w:t>
            </w:r>
          </w:p>
        </w:tc>
        <w:tc>
          <w:tcPr>
            <w:tcW w:type="dxa" w:w="1779"/>
          </w:tcPr>
          <w:p>
            <w:pPr>
              <w:spacing w:after="0" w:line="276" w:lineRule="auto"/>
            </w:pPr>
            <w:r>
              <w:rPr>
                <w:rFonts w:ascii="Poppins" w:hAnsi="Poppins" w:cs="Poppins" w:eastAsia="Poppins"/>
                <w:b w:val="0"/>
                <w:sz w:val="20"/>
                <w:u w:val="none"/>
              </w:rPr>
              <w:t>[Spesifikasi]</w:t>
            </w:r>
          </w:p>
        </w:tc>
        <w:tc>
          <w:tcPr>
            <w:tcW w:type="dxa" w:w="1361"/>
          </w:tcPr>
          <w:p>
            <w:pPr>
              <w:spacing w:after="0" w:line="276" w:lineRule="auto"/>
            </w:pPr>
            <w:r>
              <w:rPr>
                <w:rFonts w:ascii="Poppins" w:hAnsi="Poppins" w:cs="Poppins" w:eastAsia="Poppins"/>
                <w:b w:val="0"/>
                <w:sz w:val="20"/>
                <w:u w:val="none"/>
              </w:rPr>
              <w:t>[Jumlah]</w:t>
            </w:r>
          </w:p>
        </w:tc>
        <w:tc>
          <w:tcPr>
            <w:tcW w:type="dxa" w:w="2616"/>
          </w:tcPr>
          <w:p>
            <w:pPr>
              <w:spacing w:after="0" w:line="276" w:lineRule="auto"/>
            </w:pPr>
            <w:r>
              <w:rPr>
                <w:rFonts w:ascii="Poppins" w:hAnsi="Poppins" w:cs="Poppins" w:eastAsia="Poppins"/>
                <w:b w:val="0"/>
                <w:sz w:val="20"/>
                <w:u w:val="none"/>
              </w:rPr>
              <w:t>Rp. [Harga Unit]</w:t>
            </w:r>
          </w:p>
        </w:tc>
        <w:tc>
          <w:tcPr>
            <w:tcW w:type="dxa" w:w="2198"/>
          </w:tcPr>
          <w:p>
            <w:pPr>
              <w:spacing w:after="0" w:line="276" w:lineRule="auto"/>
            </w:pPr>
            <w:r>
              <w:rPr>
                <w:rFonts w:ascii="Poppins" w:hAnsi="Poppins" w:cs="Poppins" w:eastAsia="Poppins"/>
                <w:b w:val="0"/>
                <w:sz w:val="20"/>
                <w:u w:val="none"/>
              </w:rPr>
              <w:t>Rp. [Total]</w:t>
            </w:r>
          </w:p>
        </w:tc>
      </w:tr>
    </w:tbl>
    <w:p>
      <w:pPr>
        <w:spacing w:after="0" w:before="0" w:line="240" w:lineRule="auto"/>
      </w:pPr>
    </w:p>
    <w:p>
      <w:pPr>
        <w:spacing w:after="80" w:before="200" w:line="324" w:lineRule="auto"/>
      </w:pPr>
      <w:r>
        <w:rPr>
          <w:rFonts w:ascii="Poppins" w:hAnsi="Poppins" w:cs="Poppins" w:eastAsia="Poppins"/>
          <w:b/>
          <w:sz w:val="23"/>
          <w:u w:val="none"/>
        </w:rPr>
        <w:t>Total</w:t>
      </w:r>
      <w:r>
        <w:rPr>
          <w:rFonts w:ascii="Poppins" w:hAnsi="Poppins" w:cs="Poppins" w:eastAsia="Poppins"/>
          <w:b w:val="0"/>
          <w:sz w:val="23"/>
          <w:u w:val="none"/>
        </w:rPr>
        <w:t>: Rp. [Total Keseluruhan],-</w:t>
      </w:r>
    </w:p>
    <w:p>
      <w:pPr>
        <w:spacing w:after="120" w:before="0" w:line="324" w:lineRule="auto"/>
      </w:pPr>
      <w:r>
        <w:rPr>
          <w:rFonts w:ascii="Poppins" w:hAnsi="Poppins" w:cs="Poppins" w:eastAsia="Poppins"/>
          <w:b/>
          <w:sz w:val="23"/>
          <w:u w:val="none"/>
        </w:rPr>
        <w:t>Catatan:</w:t>
      </w:r>
    </w:p>
    <w:p>
      <w:pPr>
        <w:pStyle w:val="ListNumber"/>
        <w:spacing w:after="40" w:line="276" w:lineRule="auto"/>
        <w:ind w:left="499" w:hanging="340"/>
      </w:pPr>
      <w:r>
        <w:rPr>
          <w:rFonts w:ascii="Poppins" w:hAnsi="Poppins" w:cs="Poppins" w:eastAsia="Poppins"/>
          <w:b w:val="0"/>
          <w:sz w:val="23"/>
          <w:u w:val="none"/>
        </w:rPr>
        <w:t>[Catatan 1, contoh: Harga di atas sudah termasuk ongkos kirim]</w:t>
      </w:r>
    </w:p>
    <w:p>
      <w:pPr>
        <w:pStyle w:val="ListNumber"/>
        <w:spacing w:after="40" w:line="276" w:lineRule="auto"/>
        <w:ind w:left="499" w:hanging="340"/>
      </w:pPr>
      <w:r>
        <w:rPr>
          <w:rFonts w:ascii="Poppins" w:hAnsi="Poppins" w:cs="Poppins" w:eastAsia="Poppins"/>
          <w:b w:val="0"/>
          <w:sz w:val="23"/>
          <w:u w:val="none"/>
        </w:rPr>
        <w:t>[Catatan 2, contoh: Harga sudah termasuk PPN]</w:t>
      </w:r>
    </w:p>
    <w:p>
      <w:pPr>
        <w:pStyle w:val="ListNumber"/>
        <w:spacing w:after="40" w:line="276" w:lineRule="auto"/>
        <w:ind w:left="499" w:hanging="340"/>
      </w:pPr>
      <w:r>
        <w:rPr>
          <w:rFonts w:ascii="Poppins" w:hAnsi="Poppins" w:cs="Poppins" w:eastAsia="Poppins"/>
          <w:b w:val="0"/>
          <w:sz w:val="23"/>
          <w:u w:val="none"/>
        </w:rPr>
        <w:t>[Catatan 3, contoh: Pembayaran dapat dilakukan bertahap sesuai kesepakatan]</w:t>
      </w:r>
    </w:p>
    <w:p>
      <w:pPr>
        <w:pStyle w:val="ListNumber"/>
        <w:spacing w:after="40" w:line="276" w:lineRule="auto"/>
        <w:ind w:left="499" w:hanging="340"/>
      </w:pPr>
      <w:r>
        <w:rPr>
          <w:rFonts w:ascii="Poppins" w:hAnsi="Poppins" w:cs="Poppins" w:eastAsia="Poppins"/>
          <w:b w:val="0"/>
          <w:sz w:val="23"/>
          <w:u w:val="none"/>
        </w:rPr>
        <w:t>[Catatan 4, contoh: Garansi pekerjaan selama 2 tahun]</w:t>
      </w:r>
    </w:p>
    <w:p>
      <w:pPr>
        <w:spacing w:after="240" w:before="200" w:line="360" w:lineRule="auto"/>
      </w:pPr>
      <w:r>
        <w:rPr>
          <w:rFonts w:ascii="Poppins" w:hAnsi="Poppins" w:cs="Poppins" w:eastAsia="Poppins"/>
          <w:b w:val="0"/>
          <w:sz w:val="23"/>
          <w:u w:val="none"/>
        </w:rPr>
        <w:t>Demikian surat penawaran harga ini kami sampaikan. Kami berharap penawaran ini dapat dijadikan pertimbangan dalam memenuhi kebutuhan perusahaan Bapak/Ibu. Atas perhatian dan kerjasama yang baik, kami ucapkan terima kasih.</w:t>
      </w:r>
    </w:p>
    <w:p>
      <w:pPr>
        <w:spacing w:after="0" w:before="0" w:line="360" w:lineRule="auto"/>
      </w:pPr>
      <w:r>
        <w:rPr>
          <w:rFonts w:ascii="Poppins" w:hAnsi="Poppins" w:cs="Poppins" w:eastAsia="Poppins"/>
          <w:b w:val="0"/>
          <w:sz w:val="23"/>
          <w:u w:val="none"/>
        </w:rPr>
        <w:t>Hormat kami,</w:t>
      </w:r>
    </w:p>
    <w:p>
      <w:pPr>
        <w:spacing w:after="0" w:before="0" w:line="360" w:lineRule="auto"/>
      </w:pPr>
    </w:p>
    <w:p>
      <w:pPr>
        <w:spacing w:after="0" w:before="0" w:line="300" w:lineRule="auto"/>
      </w:pPr>
      <w:r>
        <w:rPr>
          <w:rFonts w:ascii="Poppins" w:hAnsi="Poppins" w:cs="Poppins" w:eastAsia="Poppins"/>
          <w:b w:val="0"/>
          <w:sz w:val="23"/>
          <w:u w:val="none"/>
        </w:rPr>
        <w:t>[Nama Penanda Tangan]</w:t>
      </w:r>
    </w:p>
    <w:p>
      <w:pPr>
        <w:spacing w:after="0" w:before="0" w:line="300" w:lineRule="auto"/>
      </w:pPr>
      <w:r>
        <w:rPr>
          <w:rFonts w:ascii="Poppins" w:hAnsi="Poppins" w:cs="Poppins" w:eastAsia="Poppins"/>
          <w:b w:val="0"/>
          <w:sz w:val="23"/>
          <w:u w:val="none"/>
        </w:rPr>
        <w:t>[Jabatan]</w:t>
      </w:r>
    </w:p>
    <w:p>
      <w:pPr>
        <w:spacing w:after="0" w:before="0" w:line="300" w:lineRule="auto"/>
      </w:pPr>
      <w:r>
        <w:rPr>
          <w:rFonts w:ascii="Poppins" w:hAnsi="Poppins" w:cs="Poppins" w:eastAsia="Poppins"/>
          <w:b w:val="0"/>
          <w:sz w:val="23"/>
          <w:u w:val="none"/>
        </w:rPr>
        <w:t>[Nama Perusahaan Anda]</w:t>
      </w:r>
    </w:p>
    <w:sectPr w:rsidR="00FC693F" w:rsidRPr="0006063C" w:rsidSect="00034616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Poppins" w:hAnsi="Poppins" w:eastAsia="Poppins" w:cs="Poppins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